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CE4884" w14:textId="55BAC922" w:rsidR="00C937A9" w:rsidRDefault="00D02F34">
      <w:pPr>
        <w:spacing w:after="60" w:line="252" w:lineRule="auto"/>
        <w:jc w:val="center"/>
        <w:rPr>
          <w:lang w:eastAsia="ja-JP"/>
        </w:rPr>
      </w:pPr>
      <w:r>
        <w:rPr>
          <w:b/>
          <w:color w:val="17365D"/>
          <w:sz w:val="44"/>
          <w:lang w:eastAsia="ja-JP"/>
        </w:rPr>
        <w:t>『まるわかり！日本の防衛</w:t>
      </w:r>
      <w:r>
        <w:rPr>
          <w:rFonts w:hint="eastAsia"/>
          <w:b/>
          <w:color w:val="17365D"/>
          <w:sz w:val="44"/>
          <w:lang w:eastAsia="ja-JP"/>
        </w:rPr>
        <w:t xml:space="preserve">　</w:t>
      </w:r>
      <w:r>
        <w:rPr>
          <w:b/>
          <w:color w:val="17365D"/>
          <w:sz w:val="44"/>
          <w:lang w:eastAsia="ja-JP"/>
        </w:rPr>
        <w:t>はじめての防衛白書』</w:t>
      </w:r>
      <w:r>
        <w:rPr>
          <w:b/>
          <w:color w:val="17365D"/>
          <w:sz w:val="44"/>
          <w:lang w:eastAsia="ja-JP"/>
        </w:rPr>
        <w:br/>
      </w:r>
      <w:r>
        <w:rPr>
          <w:b/>
          <w:color w:val="17365D"/>
          <w:sz w:val="44"/>
          <w:lang w:eastAsia="ja-JP"/>
        </w:rPr>
        <w:t>学校配布をめぐる</w:t>
      </w:r>
      <w:r>
        <w:rPr>
          <w:b/>
          <w:color w:val="17365D"/>
          <w:sz w:val="44"/>
          <w:lang w:eastAsia="ja-JP"/>
        </w:rPr>
        <w:t>Q&amp;A</w:t>
      </w:r>
      <w:r>
        <w:rPr>
          <w:b/>
          <w:color w:val="17365D"/>
          <w:sz w:val="44"/>
          <w:lang w:eastAsia="ja-JP"/>
        </w:rPr>
        <w:t>整理</w:t>
      </w:r>
    </w:p>
    <w:p w14:paraId="7FC0CB23" w14:textId="77777777" w:rsidR="00C937A9" w:rsidRDefault="00D02F34">
      <w:pPr>
        <w:spacing w:after="60" w:line="252" w:lineRule="auto"/>
        <w:jc w:val="center"/>
        <w:rPr>
          <w:lang w:eastAsia="ja-JP"/>
        </w:rPr>
      </w:pPr>
      <w:r>
        <w:rPr>
          <w:color w:val="666666"/>
          <w:sz w:val="22"/>
          <w:lang w:eastAsia="ja-JP"/>
        </w:rPr>
        <w:t>質問内容を論点別に統合し、回答の推移を時系列で整理した完全版</w:t>
      </w:r>
    </w:p>
    <w:p w14:paraId="223E0018" w14:textId="77777777" w:rsidR="00C937A9" w:rsidRDefault="00C937A9">
      <w:pPr>
        <w:spacing w:after="60" w:line="252" w:lineRule="auto"/>
        <w:rPr>
          <w:lang w:eastAsia="ja-JP"/>
        </w:rPr>
      </w:pPr>
    </w:p>
    <w:p w14:paraId="3F964E4B" w14:textId="77777777" w:rsidR="00C937A9" w:rsidRDefault="00D02F34">
      <w:pPr>
        <w:spacing w:after="60" w:line="252" w:lineRule="auto"/>
        <w:rPr>
          <w:lang w:eastAsia="ja-JP"/>
        </w:rPr>
      </w:pPr>
      <w:r>
        <w:rPr>
          <w:b/>
          <w:lang w:eastAsia="ja-JP"/>
        </w:rPr>
        <w:t>整理方針</w:t>
      </w:r>
      <w:r>
        <w:rPr>
          <w:lang w:eastAsia="ja-JP"/>
        </w:rPr>
        <w:t xml:space="preserve">　複数回の意見交換・資料要求で重複した質問を、時系列ではなく論点ごとに集約した。その上で、各論点の中では回答時点の順に並べ、防衛省・文部科学省の回答がどのように具体化・変化したかが分かるようにした。</w:t>
      </w:r>
    </w:p>
    <w:p w14:paraId="04466838" w14:textId="427EE8BC" w:rsidR="00C937A9" w:rsidRDefault="00D02F34">
      <w:pPr>
        <w:spacing w:after="60" w:line="252" w:lineRule="auto"/>
        <w:rPr>
          <w:lang w:eastAsia="ja-JP"/>
        </w:rPr>
      </w:pPr>
      <w:r>
        <w:rPr>
          <w:b/>
          <w:lang w:eastAsia="ja-JP"/>
        </w:rPr>
        <w:t>注意</w:t>
      </w:r>
      <w:r>
        <w:rPr>
          <w:lang w:eastAsia="ja-JP"/>
        </w:rPr>
        <w:t xml:space="preserve">　</w:t>
      </w:r>
      <w:r>
        <w:rPr>
          <w:lang w:eastAsia="ja-JP"/>
        </w:rPr>
        <w:t>2025</w:t>
      </w:r>
      <w:r>
        <w:rPr>
          <w:lang w:eastAsia="ja-JP"/>
        </w:rPr>
        <w:t>年</w:t>
      </w:r>
      <w:r>
        <w:rPr>
          <w:lang w:eastAsia="ja-JP"/>
        </w:rPr>
        <w:t>8</w:t>
      </w:r>
      <w:r>
        <w:rPr>
          <w:lang w:eastAsia="ja-JP"/>
        </w:rPr>
        <w:t>月</w:t>
      </w:r>
      <w:r>
        <w:rPr>
          <w:lang w:eastAsia="ja-JP"/>
        </w:rPr>
        <w:t>29</w:t>
      </w:r>
      <w:r>
        <w:rPr>
          <w:lang w:eastAsia="ja-JP"/>
        </w:rPr>
        <w:t>日の「意見交換メモ」は、</w:t>
      </w:r>
      <w:r>
        <w:rPr>
          <w:lang w:eastAsia="ja-JP"/>
        </w:rPr>
        <w:t>議事録的な完全なものではない</w:t>
      </w:r>
      <w:r>
        <w:rPr>
          <w:rFonts w:hint="eastAsia"/>
          <w:lang w:eastAsia="ja-JP"/>
        </w:rPr>
        <w:t>ので</w:t>
      </w:r>
      <w:r>
        <w:rPr>
          <w:lang w:eastAsia="ja-JP"/>
        </w:rPr>
        <w:t>、正式な提出資料とは区別して記載している。</w:t>
      </w:r>
    </w:p>
    <w:p w14:paraId="1C18DF13" w14:textId="77777777" w:rsidR="00C937A9" w:rsidRDefault="00D02F34">
      <w:pPr>
        <w:pStyle w:val="1"/>
        <w:spacing w:before="180" w:after="80"/>
      </w:pPr>
      <w:proofErr w:type="spellStart"/>
      <w:r>
        <w:t>資料一覧</w:t>
      </w:r>
      <w:proofErr w:type="spellEnd"/>
    </w:p>
    <w:p w14:paraId="01328E42" w14:textId="77777777" w:rsidR="00C937A9" w:rsidRDefault="00D02F34">
      <w:pPr>
        <w:pStyle w:val="a0"/>
        <w:rPr>
          <w:lang w:eastAsia="ja-JP"/>
        </w:rPr>
      </w:pPr>
      <w:r>
        <w:rPr>
          <w:lang w:eastAsia="ja-JP"/>
        </w:rPr>
        <w:t>2025</w:t>
      </w:r>
      <w:r>
        <w:rPr>
          <w:lang w:eastAsia="ja-JP"/>
        </w:rPr>
        <w:t>年</w:t>
      </w:r>
      <w:r>
        <w:rPr>
          <w:lang w:eastAsia="ja-JP"/>
        </w:rPr>
        <w:t>8</w:t>
      </w:r>
      <w:r>
        <w:rPr>
          <w:lang w:eastAsia="ja-JP"/>
        </w:rPr>
        <w:t>月</w:t>
      </w:r>
      <w:r>
        <w:rPr>
          <w:lang w:eastAsia="ja-JP"/>
        </w:rPr>
        <w:t>28</w:t>
      </w:r>
      <w:r>
        <w:rPr>
          <w:lang w:eastAsia="ja-JP"/>
        </w:rPr>
        <w:t>日　防衛省「資料要求について」</w:t>
      </w:r>
    </w:p>
    <w:p w14:paraId="0B882FDB" w14:textId="77777777" w:rsidR="00C937A9" w:rsidRDefault="00D02F34">
      <w:pPr>
        <w:pStyle w:val="a0"/>
        <w:rPr>
          <w:lang w:eastAsia="ja-JP"/>
        </w:rPr>
      </w:pPr>
      <w:r>
        <w:rPr>
          <w:lang w:eastAsia="ja-JP"/>
        </w:rPr>
        <w:t>2025</w:t>
      </w:r>
      <w:r>
        <w:rPr>
          <w:lang w:eastAsia="ja-JP"/>
        </w:rPr>
        <w:t>年</w:t>
      </w:r>
      <w:r>
        <w:rPr>
          <w:lang w:eastAsia="ja-JP"/>
        </w:rPr>
        <w:t>8</w:t>
      </w:r>
      <w:r>
        <w:rPr>
          <w:lang w:eastAsia="ja-JP"/>
        </w:rPr>
        <w:t>月</w:t>
      </w:r>
      <w:r>
        <w:rPr>
          <w:lang w:eastAsia="ja-JP"/>
        </w:rPr>
        <w:t>29</w:t>
      </w:r>
      <w:r>
        <w:rPr>
          <w:lang w:eastAsia="ja-JP"/>
        </w:rPr>
        <w:t>日　「初めての防衛白書」小学校配布の意見交換メモ</w:t>
      </w:r>
    </w:p>
    <w:p w14:paraId="02A088AE" w14:textId="77777777" w:rsidR="00C937A9" w:rsidRDefault="00D02F34">
      <w:pPr>
        <w:pStyle w:val="a0"/>
        <w:rPr>
          <w:lang w:eastAsia="ja-JP"/>
        </w:rPr>
      </w:pPr>
      <w:r>
        <w:rPr>
          <w:lang w:eastAsia="ja-JP"/>
        </w:rPr>
        <w:t>2025</w:t>
      </w:r>
      <w:r>
        <w:rPr>
          <w:lang w:eastAsia="ja-JP"/>
        </w:rPr>
        <w:t>年</w:t>
      </w:r>
      <w:r>
        <w:rPr>
          <w:lang w:eastAsia="ja-JP"/>
        </w:rPr>
        <w:t>9</w:t>
      </w:r>
      <w:r>
        <w:rPr>
          <w:lang w:eastAsia="ja-JP"/>
        </w:rPr>
        <w:t>月</w:t>
      </w:r>
      <w:r>
        <w:rPr>
          <w:lang w:eastAsia="ja-JP"/>
        </w:rPr>
        <w:t>25</w:t>
      </w:r>
      <w:r>
        <w:rPr>
          <w:lang w:eastAsia="ja-JP"/>
        </w:rPr>
        <w:t>日　防衛省「資料要求について」</w:t>
      </w:r>
    </w:p>
    <w:p w14:paraId="63A828F4" w14:textId="77777777" w:rsidR="00C937A9" w:rsidRDefault="00D02F34">
      <w:pPr>
        <w:pStyle w:val="a0"/>
        <w:rPr>
          <w:lang w:eastAsia="ja-JP"/>
        </w:rPr>
      </w:pPr>
      <w:r>
        <w:rPr>
          <w:lang w:eastAsia="ja-JP"/>
        </w:rPr>
        <w:t>2025</w:t>
      </w:r>
      <w:r>
        <w:rPr>
          <w:lang w:eastAsia="ja-JP"/>
        </w:rPr>
        <w:t>年</w:t>
      </w:r>
      <w:r>
        <w:rPr>
          <w:lang w:eastAsia="ja-JP"/>
        </w:rPr>
        <w:t>10</w:t>
      </w:r>
      <w:r>
        <w:rPr>
          <w:lang w:eastAsia="ja-JP"/>
        </w:rPr>
        <w:t>月</w:t>
      </w:r>
      <w:r>
        <w:rPr>
          <w:lang w:eastAsia="ja-JP"/>
        </w:rPr>
        <w:t>29</w:t>
      </w:r>
      <w:r>
        <w:rPr>
          <w:lang w:eastAsia="ja-JP"/>
        </w:rPr>
        <w:t>日　防衛省「資料要求について」</w:t>
      </w:r>
    </w:p>
    <w:p w14:paraId="45380181" w14:textId="77777777" w:rsidR="00C937A9" w:rsidRDefault="00D02F34">
      <w:pPr>
        <w:pStyle w:val="a0"/>
        <w:rPr>
          <w:lang w:eastAsia="ja-JP"/>
        </w:rPr>
      </w:pPr>
      <w:r>
        <w:rPr>
          <w:lang w:eastAsia="ja-JP"/>
        </w:rPr>
        <w:t>文部科学省「御質問への回答」</w:t>
      </w:r>
    </w:p>
    <w:p w14:paraId="109E9765" w14:textId="77777777" w:rsidR="00C937A9" w:rsidRDefault="00D02F34">
      <w:pPr>
        <w:pStyle w:val="a0"/>
        <w:rPr>
          <w:lang w:eastAsia="ja-JP"/>
        </w:rPr>
      </w:pPr>
      <w:r>
        <w:rPr>
          <w:lang w:eastAsia="ja-JP"/>
        </w:rPr>
        <w:t>防衛省提出「読後アンケート」</w:t>
      </w:r>
    </w:p>
    <w:p w14:paraId="2F22B5E4" w14:textId="77777777" w:rsidR="00C937A9" w:rsidRDefault="00D02F34">
      <w:pPr>
        <w:pStyle w:val="a0"/>
        <w:rPr>
          <w:lang w:eastAsia="ja-JP"/>
        </w:rPr>
      </w:pPr>
      <w:r>
        <w:rPr>
          <w:lang w:eastAsia="ja-JP"/>
        </w:rPr>
        <w:t>防衛省提出「お届けについて（挨拶文）」</w:t>
      </w:r>
    </w:p>
    <w:p w14:paraId="61A8A825" w14:textId="77777777" w:rsidR="00C937A9" w:rsidRDefault="00D02F34">
      <w:pPr>
        <w:pStyle w:val="a0"/>
        <w:rPr>
          <w:lang w:eastAsia="ja-JP"/>
        </w:rPr>
      </w:pPr>
      <w:r>
        <w:rPr>
          <w:lang w:eastAsia="ja-JP"/>
        </w:rPr>
        <w:t>2026</w:t>
      </w:r>
      <w:r>
        <w:rPr>
          <w:lang w:eastAsia="ja-JP"/>
        </w:rPr>
        <w:t>年</w:t>
      </w:r>
      <w:r>
        <w:rPr>
          <w:lang w:eastAsia="ja-JP"/>
        </w:rPr>
        <w:t>5</w:t>
      </w:r>
      <w:r>
        <w:rPr>
          <w:lang w:eastAsia="ja-JP"/>
        </w:rPr>
        <w:t>月</w:t>
      </w:r>
      <w:r>
        <w:rPr>
          <w:lang w:eastAsia="ja-JP"/>
        </w:rPr>
        <w:t>27</w:t>
      </w:r>
      <w:r>
        <w:rPr>
          <w:lang w:eastAsia="ja-JP"/>
        </w:rPr>
        <w:t>日　防衛省「資料要求について」</w:t>
      </w:r>
    </w:p>
    <w:p w14:paraId="1E4775C0" w14:textId="77777777" w:rsidR="00C937A9" w:rsidRDefault="00D02F34">
      <w:pPr>
        <w:pStyle w:val="1"/>
        <w:spacing w:before="180" w:after="80"/>
        <w:rPr>
          <w:lang w:eastAsia="ja-JP"/>
        </w:rPr>
      </w:pPr>
      <w:r>
        <w:rPr>
          <w:lang w:eastAsia="ja-JP"/>
        </w:rPr>
        <w:t>1</w:t>
      </w:r>
      <w:r>
        <w:rPr>
          <w:lang w:eastAsia="ja-JP"/>
        </w:rPr>
        <w:t>．</w:t>
      </w:r>
      <w:r>
        <w:rPr>
          <w:lang w:eastAsia="ja-JP"/>
        </w:rPr>
        <w:t>2024</w:t>
      </w:r>
      <w:r>
        <w:rPr>
          <w:lang w:eastAsia="ja-JP"/>
        </w:rPr>
        <w:t>年版・</w:t>
      </w:r>
      <w:r>
        <w:rPr>
          <w:lang w:eastAsia="ja-JP"/>
        </w:rPr>
        <w:t>2025</w:t>
      </w:r>
      <w:r>
        <w:rPr>
          <w:lang w:eastAsia="ja-JP"/>
        </w:rPr>
        <w:t>年版の学校への配布</w:t>
      </w:r>
    </w:p>
    <w:p w14:paraId="367D0637" w14:textId="77777777" w:rsidR="00C937A9" w:rsidRDefault="00D02F34">
      <w:pPr>
        <w:pStyle w:val="Question"/>
        <w:keepNext/>
      </w:pPr>
      <w:r>
        <w:rPr>
          <w:lang w:eastAsia="ja-JP"/>
        </w:rPr>
        <w:t>質問の趣旨：</w:t>
      </w:r>
      <w:r>
        <w:rPr>
          <w:lang w:eastAsia="ja-JP"/>
        </w:rPr>
        <w:t>2024</w:t>
      </w:r>
      <w:r>
        <w:rPr>
          <w:lang w:eastAsia="ja-JP"/>
        </w:rPr>
        <w:t>年版はいつから、どのように学校へ配布したのか。</w:t>
      </w:r>
      <w:r>
        <w:rPr>
          <w:lang w:eastAsia="ja-JP"/>
        </w:rPr>
        <w:t>2025</w:t>
      </w:r>
      <w:r>
        <w:rPr>
          <w:lang w:eastAsia="ja-JP"/>
        </w:rPr>
        <w:t>年版は学校へ配布したのか。</w:t>
      </w:r>
      <w:proofErr w:type="spellStart"/>
      <w:r>
        <w:t>今後配布するのか</w:t>
      </w:r>
      <w:proofErr w:type="spellEnd"/>
      <w:r>
        <w:t>。</w:t>
      </w:r>
    </w:p>
    <w:tbl>
      <w:tblPr>
        <w:tblStyle w:val="afe"/>
        <w:tblW w:w="0" w:type="auto"/>
        <w:tblLayout w:type="fixed"/>
        <w:tblLook w:val="04A0" w:firstRow="1" w:lastRow="0" w:firstColumn="1" w:lastColumn="0" w:noHBand="0" w:noVBand="1"/>
      </w:tblPr>
      <w:tblGrid>
        <w:gridCol w:w="1587"/>
        <w:gridCol w:w="8503"/>
      </w:tblGrid>
      <w:tr w:rsidR="00C937A9" w14:paraId="0F9B8F41" w14:textId="77777777">
        <w:trPr>
          <w:cantSplit/>
          <w:tblHeader/>
        </w:trPr>
        <w:tc>
          <w:tcPr>
            <w:tcW w:w="1587" w:type="dxa"/>
            <w:shd w:val="clear" w:color="auto" w:fill="D9EAF7"/>
            <w:vAlign w:val="center"/>
          </w:tcPr>
          <w:p w14:paraId="7564400C" w14:textId="77777777" w:rsidR="00C937A9" w:rsidRDefault="00D02F34">
            <w:r>
              <w:rPr>
                <w:b/>
                <w:sz w:val="16"/>
              </w:rPr>
              <w:t>時点・資料</w:t>
            </w:r>
          </w:p>
        </w:tc>
        <w:tc>
          <w:tcPr>
            <w:tcW w:w="8503" w:type="dxa"/>
            <w:shd w:val="clear" w:color="auto" w:fill="D9EAF7"/>
            <w:vAlign w:val="center"/>
          </w:tcPr>
          <w:p w14:paraId="21FA04EC" w14:textId="77777777" w:rsidR="00C937A9" w:rsidRDefault="00D02F34">
            <w:pPr>
              <w:rPr>
                <w:lang w:eastAsia="ja-JP"/>
              </w:rPr>
            </w:pPr>
            <w:r>
              <w:rPr>
                <w:b/>
                <w:sz w:val="17"/>
                <w:lang w:eastAsia="ja-JP"/>
              </w:rPr>
              <w:t>回答・確認できた内容</w:t>
            </w:r>
          </w:p>
        </w:tc>
      </w:tr>
      <w:tr w:rsidR="00C937A9" w14:paraId="31BD00D4" w14:textId="77777777">
        <w:trPr>
          <w:cantSplit/>
        </w:trPr>
        <w:tc>
          <w:tcPr>
            <w:tcW w:w="1587" w:type="dxa"/>
            <w:tcMar>
              <w:top w:w="90" w:type="dxa"/>
              <w:left w:w="100" w:type="dxa"/>
              <w:bottom w:w="90" w:type="dxa"/>
              <w:right w:w="100" w:type="dxa"/>
            </w:tcMar>
          </w:tcPr>
          <w:p w14:paraId="5DD368F5" w14:textId="77777777" w:rsidR="00C937A9" w:rsidRDefault="00D02F34">
            <w:r>
              <w:rPr>
                <w:sz w:val="16"/>
              </w:rPr>
              <w:t xml:space="preserve">2025/8/29 </w:t>
            </w:r>
            <w:proofErr w:type="spellStart"/>
            <w:r>
              <w:rPr>
                <w:sz w:val="16"/>
              </w:rPr>
              <w:t>意見交換</w:t>
            </w:r>
            <w:proofErr w:type="spellEnd"/>
          </w:p>
        </w:tc>
        <w:tc>
          <w:tcPr>
            <w:tcW w:w="8503" w:type="dxa"/>
            <w:tcMar>
              <w:top w:w="90" w:type="dxa"/>
              <w:left w:w="100" w:type="dxa"/>
              <w:bottom w:w="90" w:type="dxa"/>
              <w:right w:w="100" w:type="dxa"/>
            </w:tcMar>
          </w:tcPr>
          <w:p w14:paraId="126E6FA0" w14:textId="77777777" w:rsidR="00C937A9" w:rsidRDefault="00D02F34">
            <w:pPr>
              <w:rPr>
                <w:lang w:eastAsia="ja-JP"/>
              </w:rPr>
            </w:pPr>
            <w:r>
              <w:rPr>
                <w:sz w:val="17"/>
                <w:lang w:eastAsia="ja-JP"/>
              </w:rPr>
              <w:t>2024</w:t>
            </w:r>
            <w:r>
              <w:rPr>
                <w:sz w:val="17"/>
                <w:lang w:eastAsia="ja-JP"/>
              </w:rPr>
              <w:t>年版は</w:t>
            </w:r>
            <w:r>
              <w:rPr>
                <w:sz w:val="17"/>
                <w:lang w:eastAsia="ja-JP"/>
              </w:rPr>
              <w:t>2025</w:t>
            </w:r>
            <w:r>
              <w:rPr>
                <w:sz w:val="17"/>
                <w:lang w:eastAsia="ja-JP"/>
              </w:rPr>
              <w:t>年</w:t>
            </w:r>
            <w:r>
              <w:rPr>
                <w:sz w:val="17"/>
                <w:lang w:eastAsia="ja-JP"/>
              </w:rPr>
              <w:t>3</w:t>
            </w:r>
            <w:r>
              <w:rPr>
                <w:sz w:val="17"/>
                <w:lang w:eastAsia="ja-JP"/>
              </w:rPr>
              <w:t>月頃から、各地で調整が整ったところから配布したと説明。</w:t>
            </w:r>
            <w:r>
              <w:rPr>
                <w:sz w:val="17"/>
                <w:lang w:eastAsia="ja-JP"/>
              </w:rPr>
              <w:t>2025</w:t>
            </w:r>
            <w:r>
              <w:rPr>
                <w:sz w:val="17"/>
                <w:lang w:eastAsia="ja-JP"/>
              </w:rPr>
              <w:t>年版を配布するかは「検討中」。</w:t>
            </w:r>
          </w:p>
        </w:tc>
      </w:tr>
      <w:tr w:rsidR="00C937A9" w14:paraId="38297F38" w14:textId="77777777">
        <w:trPr>
          <w:cantSplit/>
        </w:trPr>
        <w:tc>
          <w:tcPr>
            <w:tcW w:w="1587" w:type="dxa"/>
            <w:tcMar>
              <w:top w:w="90" w:type="dxa"/>
              <w:left w:w="100" w:type="dxa"/>
              <w:bottom w:w="90" w:type="dxa"/>
              <w:right w:w="100" w:type="dxa"/>
            </w:tcMar>
          </w:tcPr>
          <w:p w14:paraId="3AD5853B" w14:textId="77777777" w:rsidR="00C937A9" w:rsidRDefault="00D02F34">
            <w:r>
              <w:rPr>
                <w:sz w:val="16"/>
              </w:rPr>
              <w:t xml:space="preserve">2025/9/25 </w:t>
            </w:r>
            <w:r>
              <w:rPr>
                <w:sz w:val="16"/>
              </w:rPr>
              <w:t>防衛省</w:t>
            </w:r>
          </w:p>
        </w:tc>
        <w:tc>
          <w:tcPr>
            <w:tcW w:w="8503" w:type="dxa"/>
            <w:tcMar>
              <w:top w:w="90" w:type="dxa"/>
              <w:left w:w="100" w:type="dxa"/>
              <w:bottom w:w="90" w:type="dxa"/>
              <w:right w:w="100" w:type="dxa"/>
            </w:tcMar>
          </w:tcPr>
          <w:p w14:paraId="2C64F576" w14:textId="77777777" w:rsidR="00C937A9" w:rsidRDefault="00D02F34">
            <w:pPr>
              <w:rPr>
                <w:lang w:eastAsia="ja-JP"/>
              </w:rPr>
            </w:pPr>
            <w:r>
              <w:rPr>
                <w:sz w:val="17"/>
                <w:lang w:eastAsia="ja-JP"/>
              </w:rPr>
              <w:t>2025</w:t>
            </w:r>
            <w:r>
              <w:rPr>
                <w:sz w:val="17"/>
                <w:lang w:eastAsia="ja-JP"/>
              </w:rPr>
              <w:t>年版の学校への配布のあり方は「引き続き検討してまいる」と回答。</w:t>
            </w:r>
          </w:p>
        </w:tc>
      </w:tr>
      <w:tr w:rsidR="00C937A9" w14:paraId="110577C0" w14:textId="77777777">
        <w:trPr>
          <w:cantSplit/>
        </w:trPr>
        <w:tc>
          <w:tcPr>
            <w:tcW w:w="1587" w:type="dxa"/>
            <w:tcMar>
              <w:top w:w="90" w:type="dxa"/>
              <w:left w:w="100" w:type="dxa"/>
              <w:bottom w:w="90" w:type="dxa"/>
              <w:right w:w="100" w:type="dxa"/>
            </w:tcMar>
          </w:tcPr>
          <w:p w14:paraId="2B024888" w14:textId="77777777" w:rsidR="00C937A9" w:rsidRDefault="00D02F34">
            <w:r>
              <w:rPr>
                <w:sz w:val="16"/>
              </w:rPr>
              <w:t xml:space="preserve">2025/10/29 </w:t>
            </w:r>
            <w:r>
              <w:rPr>
                <w:sz w:val="16"/>
              </w:rPr>
              <w:t>防衛省</w:t>
            </w:r>
          </w:p>
        </w:tc>
        <w:tc>
          <w:tcPr>
            <w:tcW w:w="8503" w:type="dxa"/>
            <w:tcMar>
              <w:top w:w="90" w:type="dxa"/>
              <w:left w:w="100" w:type="dxa"/>
              <w:bottom w:w="90" w:type="dxa"/>
              <w:right w:w="100" w:type="dxa"/>
            </w:tcMar>
          </w:tcPr>
          <w:p w14:paraId="11A5644C" w14:textId="77777777" w:rsidR="00C937A9" w:rsidRDefault="00D02F34">
            <w:pPr>
              <w:rPr>
                <w:lang w:eastAsia="ja-JP"/>
              </w:rPr>
            </w:pPr>
            <w:r>
              <w:rPr>
                <w:sz w:val="17"/>
                <w:lang w:eastAsia="ja-JP"/>
              </w:rPr>
              <w:t>2025</w:t>
            </w:r>
            <w:r>
              <w:rPr>
                <w:sz w:val="17"/>
                <w:lang w:eastAsia="ja-JP"/>
              </w:rPr>
              <w:t>年版について、学校への配布のあり方を引き続き検討すると回答。</w:t>
            </w:r>
          </w:p>
        </w:tc>
      </w:tr>
      <w:tr w:rsidR="00C937A9" w14:paraId="5F74754C" w14:textId="77777777">
        <w:trPr>
          <w:cantSplit/>
        </w:trPr>
        <w:tc>
          <w:tcPr>
            <w:tcW w:w="1587" w:type="dxa"/>
            <w:tcMar>
              <w:top w:w="90" w:type="dxa"/>
              <w:left w:w="100" w:type="dxa"/>
              <w:bottom w:w="90" w:type="dxa"/>
              <w:right w:w="100" w:type="dxa"/>
            </w:tcMar>
          </w:tcPr>
          <w:p w14:paraId="19CFC6D0" w14:textId="77777777" w:rsidR="00C937A9" w:rsidRDefault="00D02F34">
            <w:r>
              <w:rPr>
                <w:sz w:val="16"/>
              </w:rPr>
              <w:t xml:space="preserve">2026/5/27 </w:t>
            </w:r>
            <w:r>
              <w:rPr>
                <w:sz w:val="16"/>
              </w:rPr>
              <w:t>防衛省</w:t>
            </w:r>
          </w:p>
        </w:tc>
        <w:tc>
          <w:tcPr>
            <w:tcW w:w="8503" w:type="dxa"/>
            <w:tcMar>
              <w:top w:w="90" w:type="dxa"/>
              <w:left w:w="100" w:type="dxa"/>
              <w:bottom w:w="90" w:type="dxa"/>
              <w:right w:w="100" w:type="dxa"/>
            </w:tcMar>
          </w:tcPr>
          <w:p w14:paraId="530AC6AB" w14:textId="77777777" w:rsidR="00C937A9" w:rsidRDefault="00D02F34">
            <w:pPr>
              <w:rPr>
                <w:lang w:eastAsia="ja-JP"/>
              </w:rPr>
            </w:pPr>
            <w:r>
              <w:rPr>
                <w:sz w:val="17"/>
                <w:lang w:eastAsia="ja-JP"/>
              </w:rPr>
              <w:t>2025</w:t>
            </w:r>
            <w:r>
              <w:rPr>
                <w:sz w:val="17"/>
                <w:lang w:eastAsia="ja-JP"/>
              </w:rPr>
              <w:t>年版は「現時点で学校に配布しておらず、今後の対応については、特に決まっていない」と回答。配布する・しないを決める場、メンバー、時期についても「現時点では特に決まったものがないことから回答は困難」とした。</w:t>
            </w:r>
          </w:p>
        </w:tc>
      </w:tr>
    </w:tbl>
    <w:p w14:paraId="11C4C306" w14:textId="77777777" w:rsidR="00C937A9" w:rsidRDefault="00C937A9">
      <w:pPr>
        <w:spacing w:after="60" w:line="252" w:lineRule="auto"/>
        <w:rPr>
          <w:lang w:eastAsia="ja-JP"/>
        </w:rPr>
      </w:pPr>
    </w:p>
    <w:p w14:paraId="447A6B8F" w14:textId="77777777" w:rsidR="00C937A9" w:rsidRDefault="00D02F34">
      <w:pPr>
        <w:pStyle w:val="SummaryBox"/>
        <w:keepNext/>
        <w:rPr>
          <w:lang w:eastAsia="ja-JP"/>
        </w:rPr>
      </w:pPr>
      <w:r>
        <w:rPr>
          <w:lang w:eastAsia="ja-JP"/>
        </w:rPr>
        <w:lastRenderedPageBreak/>
        <w:t>現時点で分かったこと：</w:t>
      </w:r>
      <w:r>
        <w:rPr>
          <w:lang w:eastAsia="ja-JP"/>
        </w:rPr>
        <w:t>2024</w:t>
      </w:r>
      <w:r>
        <w:rPr>
          <w:lang w:eastAsia="ja-JP"/>
        </w:rPr>
        <w:t>年版は学校への配布を実施したが、</w:t>
      </w:r>
      <w:r>
        <w:rPr>
          <w:lang w:eastAsia="ja-JP"/>
        </w:rPr>
        <w:t>2025</w:t>
      </w:r>
      <w:r>
        <w:rPr>
          <w:lang w:eastAsia="ja-JP"/>
        </w:rPr>
        <w:t>年版は少なくとも</w:t>
      </w:r>
      <w:r>
        <w:rPr>
          <w:lang w:eastAsia="ja-JP"/>
        </w:rPr>
        <w:t>2026</w:t>
      </w:r>
      <w:r>
        <w:rPr>
          <w:lang w:eastAsia="ja-JP"/>
        </w:rPr>
        <w:t>年</w:t>
      </w:r>
      <w:r>
        <w:rPr>
          <w:lang w:eastAsia="ja-JP"/>
        </w:rPr>
        <w:t>5</w:t>
      </w:r>
      <w:r>
        <w:rPr>
          <w:lang w:eastAsia="ja-JP"/>
        </w:rPr>
        <w:t>月</w:t>
      </w:r>
      <w:r>
        <w:rPr>
          <w:lang w:eastAsia="ja-JP"/>
        </w:rPr>
        <w:t>27</w:t>
      </w:r>
      <w:r>
        <w:rPr>
          <w:lang w:eastAsia="ja-JP"/>
        </w:rPr>
        <w:t>日時点で学校には配布していない。</w:t>
      </w:r>
      <w:r>
        <w:rPr>
          <w:lang w:eastAsia="ja-JP"/>
        </w:rPr>
        <w:t>2025</w:t>
      </w:r>
      <w:r>
        <w:rPr>
          <w:lang w:eastAsia="ja-JP"/>
        </w:rPr>
        <w:t>年版の今後の扱いも未決定。</w:t>
      </w:r>
    </w:p>
    <w:p w14:paraId="277D3780" w14:textId="77777777" w:rsidR="00C937A9" w:rsidRDefault="00D02F34">
      <w:pPr>
        <w:spacing w:after="60" w:line="252" w:lineRule="auto"/>
        <w:rPr>
          <w:lang w:eastAsia="ja-JP"/>
        </w:rPr>
      </w:pPr>
      <w:r>
        <w:rPr>
          <w:b/>
          <w:color w:val="C00000"/>
          <w:lang w:eastAsia="ja-JP"/>
        </w:rPr>
        <w:t>なお未回答・要確認：</w:t>
      </w:r>
      <w:r>
        <w:rPr>
          <w:lang w:eastAsia="ja-JP"/>
        </w:rPr>
        <w:t>2025</w:t>
      </w:r>
      <w:r>
        <w:rPr>
          <w:lang w:eastAsia="ja-JP"/>
        </w:rPr>
        <w:t>年版を「配布しない」と正式決定したのか、それとも単に未決定のままなのか。</w:t>
      </w:r>
      <w:r>
        <w:rPr>
          <w:lang w:eastAsia="ja-JP"/>
        </w:rPr>
        <w:t>2026</w:t>
      </w:r>
      <w:r>
        <w:rPr>
          <w:lang w:eastAsia="ja-JP"/>
        </w:rPr>
        <w:t>年度版の配布方針。</w:t>
      </w:r>
    </w:p>
    <w:p w14:paraId="09C6E838" w14:textId="77777777" w:rsidR="00C937A9" w:rsidRDefault="00D02F34">
      <w:pPr>
        <w:pStyle w:val="SourceNote"/>
        <w:rPr>
          <w:lang w:eastAsia="ja-JP"/>
        </w:rPr>
      </w:pPr>
      <w:r>
        <w:rPr>
          <w:lang w:eastAsia="ja-JP"/>
        </w:rPr>
        <w:t>出典：</w:t>
      </w:r>
      <w:r>
        <w:rPr>
          <w:lang w:eastAsia="ja-JP"/>
        </w:rPr>
        <w:t>8/29</w:t>
      </w:r>
      <w:r>
        <w:rPr>
          <w:lang w:eastAsia="ja-JP"/>
        </w:rPr>
        <w:t>意見交換メモ／</w:t>
      </w:r>
      <w:r>
        <w:rPr>
          <w:lang w:eastAsia="ja-JP"/>
        </w:rPr>
        <w:t>9/25</w:t>
      </w:r>
      <w:r>
        <w:rPr>
          <w:lang w:eastAsia="ja-JP"/>
        </w:rPr>
        <w:t>防衛省提出資料／</w:t>
      </w:r>
      <w:r>
        <w:rPr>
          <w:lang w:eastAsia="ja-JP"/>
        </w:rPr>
        <w:t>10/29</w:t>
      </w:r>
      <w:r>
        <w:rPr>
          <w:lang w:eastAsia="ja-JP"/>
        </w:rPr>
        <w:t>防衛省提出資料／</w:t>
      </w:r>
      <w:r>
        <w:rPr>
          <w:lang w:eastAsia="ja-JP"/>
        </w:rPr>
        <w:t>2026/5/27</w:t>
      </w:r>
      <w:r>
        <w:rPr>
          <w:lang w:eastAsia="ja-JP"/>
        </w:rPr>
        <w:t>防衛省提出資料</w:t>
      </w:r>
    </w:p>
    <w:p w14:paraId="2EC76118" w14:textId="77777777" w:rsidR="00C937A9" w:rsidRDefault="00D02F34">
      <w:pPr>
        <w:pStyle w:val="1"/>
        <w:spacing w:before="180" w:after="80"/>
        <w:rPr>
          <w:lang w:eastAsia="ja-JP"/>
        </w:rPr>
      </w:pPr>
      <w:r>
        <w:rPr>
          <w:lang w:eastAsia="ja-JP"/>
        </w:rPr>
        <w:t>2</w:t>
      </w:r>
      <w:r>
        <w:rPr>
          <w:lang w:eastAsia="ja-JP"/>
        </w:rPr>
        <w:t>．配布した都道府県・学校数・冊数</w:t>
      </w:r>
    </w:p>
    <w:p w14:paraId="31E4AAC3" w14:textId="77777777" w:rsidR="00C937A9" w:rsidRDefault="00D02F34">
      <w:pPr>
        <w:pStyle w:val="Question"/>
        <w:keepNext/>
        <w:rPr>
          <w:lang w:eastAsia="ja-JP"/>
        </w:rPr>
      </w:pPr>
      <w:r>
        <w:rPr>
          <w:lang w:eastAsia="ja-JP"/>
        </w:rPr>
        <w:t>質問の趣旨：</w:t>
      </w:r>
      <w:r>
        <w:rPr>
          <w:lang w:eastAsia="ja-JP"/>
        </w:rPr>
        <w:t>何県、何校に何冊配布したのか。都道府県別・学校別の内訳を示せるのか。</w:t>
      </w:r>
    </w:p>
    <w:tbl>
      <w:tblPr>
        <w:tblStyle w:val="afe"/>
        <w:tblW w:w="0" w:type="auto"/>
        <w:tblLayout w:type="fixed"/>
        <w:tblLook w:val="04A0" w:firstRow="1" w:lastRow="0" w:firstColumn="1" w:lastColumn="0" w:noHBand="0" w:noVBand="1"/>
      </w:tblPr>
      <w:tblGrid>
        <w:gridCol w:w="1587"/>
        <w:gridCol w:w="8503"/>
      </w:tblGrid>
      <w:tr w:rsidR="00C937A9" w14:paraId="0C95546B" w14:textId="77777777">
        <w:trPr>
          <w:cantSplit/>
          <w:tblHeader/>
        </w:trPr>
        <w:tc>
          <w:tcPr>
            <w:tcW w:w="1587" w:type="dxa"/>
            <w:shd w:val="clear" w:color="auto" w:fill="D9EAF7"/>
            <w:vAlign w:val="center"/>
          </w:tcPr>
          <w:p w14:paraId="2C77DAE6" w14:textId="77777777" w:rsidR="00C937A9" w:rsidRDefault="00D02F34">
            <w:proofErr w:type="spellStart"/>
            <w:r>
              <w:rPr>
                <w:b/>
                <w:sz w:val="16"/>
              </w:rPr>
              <w:t>時点・資料</w:t>
            </w:r>
            <w:proofErr w:type="spellEnd"/>
          </w:p>
        </w:tc>
        <w:tc>
          <w:tcPr>
            <w:tcW w:w="8503" w:type="dxa"/>
            <w:shd w:val="clear" w:color="auto" w:fill="D9EAF7"/>
            <w:vAlign w:val="center"/>
          </w:tcPr>
          <w:p w14:paraId="0D157E27" w14:textId="77777777" w:rsidR="00C937A9" w:rsidRDefault="00D02F34">
            <w:pPr>
              <w:rPr>
                <w:lang w:eastAsia="ja-JP"/>
              </w:rPr>
            </w:pPr>
            <w:r>
              <w:rPr>
                <w:b/>
                <w:sz w:val="17"/>
                <w:lang w:eastAsia="ja-JP"/>
              </w:rPr>
              <w:t>回答・確認できた内容</w:t>
            </w:r>
          </w:p>
        </w:tc>
      </w:tr>
      <w:tr w:rsidR="00C937A9" w14:paraId="3DE75353" w14:textId="77777777">
        <w:trPr>
          <w:cantSplit/>
        </w:trPr>
        <w:tc>
          <w:tcPr>
            <w:tcW w:w="1587" w:type="dxa"/>
            <w:tcMar>
              <w:top w:w="90" w:type="dxa"/>
              <w:left w:w="100" w:type="dxa"/>
              <w:bottom w:w="90" w:type="dxa"/>
              <w:right w:w="100" w:type="dxa"/>
            </w:tcMar>
          </w:tcPr>
          <w:p w14:paraId="57D453D4" w14:textId="77777777" w:rsidR="00C937A9" w:rsidRDefault="00D02F34">
            <w:r>
              <w:rPr>
                <w:sz w:val="16"/>
              </w:rPr>
              <w:t xml:space="preserve">2025/8/29 </w:t>
            </w:r>
            <w:proofErr w:type="spellStart"/>
            <w:r>
              <w:rPr>
                <w:sz w:val="16"/>
              </w:rPr>
              <w:t>意見交換</w:t>
            </w:r>
            <w:proofErr w:type="spellEnd"/>
          </w:p>
        </w:tc>
        <w:tc>
          <w:tcPr>
            <w:tcW w:w="8503" w:type="dxa"/>
            <w:tcMar>
              <w:top w:w="90" w:type="dxa"/>
              <w:left w:w="100" w:type="dxa"/>
              <w:bottom w:w="90" w:type="dxa"/>
              <w:right w:w="100" w:type="dxa"/>
            </w:tcMar>
          </w:tcPr>
          <w:p w14:paraId="07A0C662" w14:textId="77777777" w:rsidR="00C937A9" w:rsidRDefault="00D02F34">
            <w:pPr>
              <w:rPr>
                <w:lang w:eastAsia="ja-JP"/>
              </w:rPr>
            </w:pPr>
            <w:r>
              <w:rPr>
                <w:sz w:val="17"/>
                <w:lang w:eastAsia="ja-JP"/>
              </w:rPr>
              <w:t>青森、秋田、栃木、長崎以外に何県へ配布したかを尋ねたが、「相手方が特定される」等として回答を差し控え、県数も回答しなかった。一方、送付先は直接発送しているため把握していると説明。</w:t>
            </w:r>
          </w:p>
        </w:tc>
      </w:tr>
      <w:tr w:rsidR="00C937A9" w14:paraId="6976D725" w14:textId="77777777">
        <w:trPr>
          <w:cantSplit/>
        </w:trPr>
        <w:tc>
          <w:tcPr>
            <w:tcW w:w="1587" w:type="dxa"/>
            <w:tcMar>
              <w:top w:w="90" w:type="dxa"/>
              <w:left w:w="100" w:type="dxa"/>
              <w:bottom w:w="90" w:type="dxa"/>
              <w:right w:w="100" w:type="dxa"/>
            </w:tcMar>
          </w:tcPr>
          <w:p w14:paraId="6E747A0E" w14:textId="77777777" w:rsidR="00C937A9" w:rsidRDefault="00D02F34">
            <w:r>
              <w:rPr>
                <w:sz w:val="16"/>
              </w:rPr>
              <w:t xml:space="preserve">2025/8/28 </w:t>
            </w:r>
            <w:r>
              <w:rPr>
                <w:sz w:val="16"/>
              </w:rPr>
              <w:t>防衛省</w:t>
            </w:r>
          </w:p>
        </w:tc>
        <w:tc>
          <w:tcPr>
            <w:tcW w:w="8503" w:type="dxa"/>
            <w:tcMar>
              <w:top w:w="90" w:type="dxa"/>
              <w:left w:w="100" w:type="dxa"/>
              <w:bottom w:w="90" w:type="dxa"/>
              <w:right w:w="100" w:type="dxa"/>
            </w:tcMar>
          </w:tcPr>
          <w:p w14:paraId="057B624D" w14:textId="77777777" w:rsidR="00C937A9" w:rsidRDefault="00D02F34">
            <w:r>
              <w:rPr>
                <w:sz w:val="17"/>
                <w:lang w:eastAsia="ja-JP"/>
              </w:rPr>
              <w:t>公表について了承を得られた都道府県は青森県、秋田県、栃木県、長崎県。その他の都道府県との個別のやり取りは「相手方との関係」を理由に回答を差し控えた。</w:t>
            </w:r>
            <w:r>
              <w:rPr>
                <w:sz w:val="17"/>
              </w:rPr>
              <w:t>総数は約</w:t>
            </w:r>
            <w:r>
              <w:rPr>
                <w:sz w:val="17"/>
              </w:rPr>
              <w:t>2,400</w:t>
            </w:r>
            <w:r>
              <w:rPr>
                <w:sz w:val="17"/>
              </w:rPr>
              <w:t>校、約</w:t>
            </w:r>
            <w:r>
              <w:rPr>
                <w:sz w:val="17"/>
              </w:rPr>
              <w:t>6,100</w:t>
            </w:r>
            <w:r>
              <w:rPr>
                <w:sz w:val="17"/>
              </w:rPr>
              <w:t>冊。</w:t>
            </w:r>
          </w:p>
        </w:tc>
      </w:tr>
      <w:tr w:rsidR="00C937A9" w14:paraId="28690809" w14:textId="77777777">
        <w:trPr>
          <w:cantSplit/>
        </w:trPr>
        <w:tc>
          <w:tcPr>
            <w:tcW w:w="1587" w:type="dxa"/>
            <w:tcMar>
              <w:top w:w="90" w:type="dxa"/>
              <w:left w:w="100" w:type="dxa"/>
              <w:bottom w:w="90" w:type="dxa"/>
              <w:right w:w="100" w:type="dxa"/>
            </w:tcMar>
          </w:tcPr>
          <w:p w14:paraId="0F28A8F8" w14:textId="77777777" w:rsidR="00C937A9" w:rsidRDefault="00D02F34">
            <w:r>
              <w:rPr>
                <w:sz w:val="16"/>
              </w:rPr>
              <w:t xml:space="preserve">2025/9/25 </w:t>
            </w:r>
            <w:r>
              <w:rPr>
                <w:sz w:val="16"/>
              </w:rPr>
              <w:t>防衛省</w:t>
            </w:r>
          </w:p>
        </w:tc>
        <w:tc>
          <w:tcPr>
            <w:tcW w:w="8503" w:type="dxa"/>
            <w:tcMar>
              <w:top w:w="90" w:type="dxa"/>
              <w:left w:w="100" w:type="dxa"/>
              <w:bottom w:w="90" w:type="dxa"/>
              <w:right w:w="100" w:type="dxa"/>
            </w:tcMar>
          </w:tcPr>
          <w:p w14:paraId="25E6F59B" w14:textId="77777777" w:rsidR="00C937A9" w:rsidRDefault="00D02F34">
            <w:pPr>
              <w:rPr>
                <w:lang w:eastAsia="ja-JP"/>
              </w:rPr>
            </w:pPr>
            <w:r>
              <w:rPr>
                <w:sz w:val="17"/>
                <w:lang w:eastAsia="ja-JP"/>
              </w:rPr>
              <w:t>4</w:t>
            </w:r>
            <w:r>
              <w:rPr>
                <w:sz w:val="17"/>
                <w:lang w:eastAsia="ja-JP"/>
              </w:rPr>
              <w:t>県以外の配布先については同様に回答を差し控えた。多くの都道府県から市町村教育委員会との調整を求められ、調整先が多数となり業務が煩雑になるため配布調整を断念した事例があったと説明。文科省の依頼文がないと検討できないとした県もあった。</w:t>
            </w:r>
          </w:p>
        </w:tc>
      </w:tr>
    </w:tbl>
    <w:p w14:paraId="60661B1B" w14:textId="77777777" w:rsidR="00C937A9" w:rsidRDefault="00C937A9">
      <w:pPr>
        <w:spacing w:after="60" w:line="252" w:lineRule="auto"/>
        <w:rPr>
          <w:lang w:eastAsia="ja-JP"/>
        </w:rPr>
      </w:pPr>
    </w:p>
    <w:p w14:paraId="482AD2D8" w14:textId="77777777" w:rsidR="00C937A9" w:rsidRDefault="00D02F34">
      <w:pPr>
        <w:pStyle w:val="SummaryBox"/>
        <w:keepNext/>
        <w:rPr>
          <w:lang w:eastAsia="ja-JP"/>
        </w:rPr>
      </w:pPr>
      <w:r>
        <w:rPr>
          <w:lang w:eastAsia="ja-JP"/>
        </w:rPr>
        <w:t>現時点で分かったこと：</w:t>
      </w:r>
      <w:r>
        <w:rPr>
          <w:lang w:eastAsia="ja-JP"/>
        </w:rPr>
        <w:t>総数は約</w:t>
      </w:r>
      <w:r>
        <w:rPr>
          <w:lang w:eastAsia="ja-JP"/>
        </w:rPr>
        <w:t>2,400</w:t>
      </w:r>
      <w:r>
        <w:rPr>
          <w:lang w:eastAsia="ja-JP"/>
        </w:rPr>
        <w:t>校・約</w:t>
      </w:r>
      <w:r>
        <w:rPr>
          <w:lang w:eastAsia="ja-JP"/>
        </w:rPr>
        <w:t>6,100</w:t>
      </w:r>
      <w:r>
        <w:rPr>
          <w:lang w:eastAsia="ja-JP"/>
        </w:rPr>
        <w:t>冊。公表了承を得た</w:t>
      </w:r>
      <w:r>
        <w:rPr>
          <w:lang w:eastAsia="ja-JP"/>
        </w:rPr>
        <w:t>4</w:t>
      </w:r>
      <w:r>
        <w:rPr>
          <w:lang w:eastAsia="ja-JP"/>
        </w:rPr>
        <w:t>県は明らかになったが、それ以外の都道府県数・県別冊数・学校別内訳は開示されていない。</w:t>
      </w:r>
    </w:p>
    <w:p w14:paraId="2DE781DC" w14:textId="77777777" w:rsidR="00C937A9" w:rsidRDefault="00D02F34">
      <w:pPr>
        <w:spacing w:after="60" w:line="252" w:lineRule="auto"/>
        <w:rPr>
          <w:lang w:eastAsia="ja-JP"/>
        </w:rPr>
      </w:pPr>
      <w:r>
        <w:rPr>
          <w:b/>
          <w:color w:val="C00000"/>
          <w:lang w:eastAsia="ja-JP"/>
        </w:rPr>
        <w:t>なお未回答・要確認：</w:t>
      </w:r>
      <w:r>
        <w:rPr>
          <w:lang w:eastAsia="ja-JP"/>
        </w:rPr>
        <w:t>防衛省が把握している送付先一覧、都道府県別冊数、</w:t>
      </w:r>
      <w:r>
        <w:rPr>
          <w:lang w:eastAsia="ja-JP"/>
        </w:rPr>
        <w:t>4</w:t>
      </w:r>
      <w:r>
        <w:rPr>
          <w:lang w:eastAsia="ja-JP"/>
        </w:rPr>
        <w:t>県以外を公表できない具体的根拠。学校名を伏せた形での開示可否。</w:t>
      </w:r>
    </w:p>
    <w:p w14:paraId="256DA326" w14:textId="77777777" w:rsidR="00C937A9" w:rsidRDefault="00D02F34">
      <w:pPr>
        <w:pStyle w:val="SourceNote"/>
        <w:rPr>
          <w:lang w:eastAsia="ja-JP"/>
        </w:rPr>
      </w:pPr>
      <w:r>
        <w:rPr>
          <w:lang w:eastAsia="ja-JP"/>
        </w:rPr>
        <w:t>出典：</w:t>
      </w:r>
      <w:r>
        <w:rPr>
          <w:lang w:eastAsia="ja-JP"/>
        </w:rPr>
        <w:t>8/28</w:t>
      </w:r>
      <w:r>
        <w:rPr>
          <w:lang w:eastAsia="ja-JP"/>
        </w:rPr>
        <w:t>防衛省提出資料／</w:t>
      </w:r>
      <w:r>
        <w:rPr>
          <w:lang w:eastAsia="ja-JP"/>
        </w:rPr>
        <w:t>8/29</w:t>
      </w:r>
      <w:r>
        <w:rPr>
          <w:lang w:eastAsia="ja-JP"/>
        </w:rPr>
        <w:t>意見交換メモ／</w:t>
      </w:r>
      <w:r>
        <w:rPr>
          <w:lang w:eastAsia="ja-JP"/>
        </w:rPr>
        <w:t>9/25</w:t>
      </w:r>
      <w:r>
        <w:rPr>
          <w:lang w:eastAsia="ja-JP"/>
        </w:rPr>
        <w:t>防衛省提出資料</w:t>
      </w:r>
    </w:p>
    <w:p w14:paraId="7A18B48E" w14:textId="77777777" w:rsidR="00C937A9" w:rsidRDefault="00D02F34">
      <w:pPr>
        <w:pStyle w:val="1"/>
        <w:spacing w:before="180" w:after="80"/>
        <w:rPr>
          <w:lang w:eastAsia="ja-JP"/>
        </w:rPr>
      </w:pPr>
      <w:r>
        <w:rPr>
          <w:lang w:eastAsia="ja-JP"/>
        </w:rPr>
        <w:t>3</w:t>
      </w:r>
      <w:r>
        <w:rPr>
          <w:lang w:eastAsia="ja-JP"/>
        </w:rPr>
        <w:t>．配布の方法と地方防衛局の関与</w:t>
      </w:r>
    </w:p>
    <w:p w14:paraId="20D39DEE" w14:textId="77777777" w:rsidR="00C937A9" w:rsidRDefault="00D02F34">
      <w:pPr>
        <w:pStyle w:val="Question"/>
        <w:keepNext/>
        <w:rPr>
          <w:lang w:eastAsia="ja-JP"/>
        </w:rPr>
      </w:pPr>
      <w:r>
        <w:rPr>
          <w:lang w:eastAsia="ja-JP"/>
        </w:rPr>
        <w:t>質問の趣旨：</w:t>
      </w:r>
      <w:r>
        <w:rPr>
          <w:lang w:eastAsia="ja-JP"/>
        </w:rPr>
        <w:t>誰が教育委員会へ働きかけ、誰が学校へ発送したのか。地方防衛局にどのような依頼をしていたのか。</w:t>
      </w:r>
    </w:p>
    <w:tbl>
      <w:tblPr>
        <w:tblStyle w:val="afe"/>
        <w:tblW w:w="0" w:type="auto"/>
        <w:tblLayout w:type="fixed"/>
        <w:tblLook w:val="04A0" w:firstRow="1" w:lastRow="0" w:firstColumn="1" w:lastColumn="0" w:noHBand="0" w:noVBand="1"/>
      </w:tblPr>
      <w:tblGrid>
        <w:gridCol w:w="1587"/>
        <w:gridCol w:w="8503"/>
      </w:tblGrid>
      <w:tr w:rsidR="00C937A9" w14:paraId="626A44F7" w14:textId="77777777">
        <w:trPr>
          <w:cantSplit/>
          <w:tblHeader/>
        </w:trPr>
        <w:tc>
          <w:tcPr>
            <w:tcW w:w="1587" w:type="dxa"/>
            <w:shd w:val="clear" w:color="auto" w:fill="D9EAF7"/>
            <w:vAlign w:val="center"/>
          </w:tcPr>
          <w:p w14:paraId="715E6E21" w14:textId="77777777" w:rsidR="00C937A9" w:rsidRDefault="00D02F34">
            <w:proofErr w:type="spellStart"/>
            <w:r>
              <w:rPr>
                <w:b/>
                <w:sz w:val="16"/>
              </w:rPr>
              <w:t>時点・資料</w:t>
            </w:r>
            <w:proofErr w:type="spellEnd"/>
          </w:p>
        </w:tc>
        <w:tc>
          <w:tcPr>
            <w:tcW w:w="8503" w:type="dxa"/>
            <w:shd w:val="clear" w:color="auto" w:fill="D9EAF7"/>
            <w:vAlign w:val="center"/>
          </w:tcPr>
          <w:p w14:paraId="4EB3CA72" w14:textId="77777777" w:rsidR="00C937A9" w:rsidRDefault="00D02F34">
            <w:pPr>
              <w:rPr>
                <w:lang w:eastAsia="ja-JP"/>
              </w:rPr>
            </w:pPr>
            <w:r>
              <w:rPr>
                <w:b/>
                <w:sz w:val="17"/>
                <w:lang w:eastAsia="ja-JP"/>
              </w:rPr>
              <w:t>回答・確認できた内容</w:t>
            </w:r>
          </w:p>
        </w:tc>
      </w:tr>
      <w:tr w:rsidR="00C937A9" w14:paraId="396B389E" w14:textId="77777777">
        <w:trPr>
          <w:cantSplit/>
        </w:trPr>
        <w:tc>
          <w:tcPr>
            <w:tcW w:w="1587" w:type="dxa"/>
            <w:tcMar>
              <w:top w:w="90" w:type="dxa"/>
              <w:left w:w="100" w:type="dxa"/>
              <w:bottom w:w="90" w:type="dxa"/>
              <w:right w:w="100" w:type="dxa"/>
            </w:tcMar>
          </w:tcPr>
          <w:p w14:paraId="21E4917F" w14:textId="77777777" w:rsidR="00C937A9" w:rsidRDefault="00D02F34">
            <w:r>
              <w:rPr>
                <w:sz w:val="16"/>
              </w:rPr>
              <w:t xml:space="preserve">2025/8/29 </w:t>
            </w:r>
            <w:proofErr w:type="spellStart"/>
            <w:r>
              <w:rPr>
                <w:sz w:val="16"/>
              </w:rPr>
              <w:t>意見交換</w:t>
            </w:r>
            <w:proofErr w:type="spellEnd"/>
          </w:p>
        </w:tc>
        <w:tc>
          <w:tcPr>
            <w:tcW w:w="8503" w:type="dxa"/>
            <w:tcMar>
              <w:top w:w="90" w:type="dxa"/>
              <w:left w:w="100" w:type="dxa"/>
              <w:bottom w:w="90" w:type="dxa"/>
              <w:right w:w="100" w:type="dxa"/>
            </w:tcMar>
          </w:tcPr>
          <w:p w14:paraId="58AE7FD7" w14:textId="77777777" w:rsidR="00C937A9" w:rsidRDefault="00D02F34">
            <w:pPr>
              <w:rPr>
                <w:lang w:eastAsia="ja-JP"/>
              </w:rPr>
            </w:pPr>
            <w:r>
              <w:rPr>
                <w:sz w:val="17"/>
                <w:lang w:eastAsia="ja-JP"/>
              </w:rPr>
              <w:t>地方防衛局が教育委員会に直接出向いたケースや、電話で依頼したケースがあると説明。冊数は県教育委員会と地方防衛局で調整。</w:t>
            </w:r>
          </w:p>
        </w:tc>
      </w:tr>
      <w:tr w:rsidR="00C937A9" w14:paraId="53B3AE43" w14:textId="77777777">
        <w:trPr>
          <w:cantSplit/>
        </w:trPr>
        <w:tc>
          <w:tcPr>
            <w:tcW w:w="1587" w:type="dxa"/>
            <w:tcMar>
              <w:top w:w="90" w:type="dxa"/>
              <w:left w:w="100" w:type="dxa"/>
              <w:bottom w:w="90" w:type="dxa"/>
              <w:right w:w="100" w:type="dxa"/>
            </w:tcMar>
          </w:tcPr>
          <w:p w14:paraId="6167D33F" w14:textId="77777777" w:rsidR="00C937A9" w:rsidRDefault="00D02F34">
            <w:r>
              <w:rPr>
                <w:sz w:val="16"/>
              </w:rPr>
              <w:t xml:space="preserve">2025/8/28 </w:t>
            </w:r>
            <w:r>
              <w:rPr>
                <w:sz w:val="16"/>
              </w:rPr>
              <w:t>防衛省</w:t>
            </w:r>
          </w:p>
        </w:tc>
        <w:tc>
          <w:tcPr>
            <w:tcW w:w="8503" w:type="dxa"/>
            <w:tcMar>
              <w:top w:w="90" w:type="dxa"/>
              <w:left w:w="100" w:type="dxa"/>
              <w:bottom w:w="90" w:type="dxa"/>
              <w:right w:w="100" w:type="dxa"/>
            </w:tcMar>
          </w:tcPr>
          <w:p w14:paraId="67200D86" w14:textId="77777777" w:rsidR="00C937A9" w:rsidRDefault="00D02F34">
            <w:pPr>
              <w:rPr>
                <w:lang w:eastAsia="ja-JP"/>
              </w:rPr>
            </w:pPr>
            <w:r>
              <w:rPr>
                <w:sz w:val="17"/>
                <w:lang w:eastAsia="ja-JP"/>
              </w:rPr>
              <w:t>都道府県教育委員会へ配布の相談をし、調整が整った都道府県の小学校へ、防衛省から各小学校等へ直接配布したと回答。</w:t>
            </w:r>
          </w:p>
        </w:tc>
      </w:tr>
      <w:tr w:rsidR="00C937A9" w14:paraId="4B029B72" w14:textId="77777777">
        <w:trPr>
          <w:cantSplit/>
        </w:trPr>
        <w:tc>
          <w:tcPr>
            <w:tcW w:w="1587" w:type="dxa"/>
            <w:tcMar>
              <w:top w:w="90" w:type="dxa"/>
              <w:left w:w="100" w:type="dxa"/>
              <w:bottom w:w="90" w:type="dxa"/>
              <w:right w:w="100" w:type="dxa"/>
            </w:tcMar>
          </w:tcPr>
          <w:p w14:paraId="2F311F5A" w14:textId="77777777" w:rsidR="00C937A9" w:rsidRDefault="00D02F34">
            <w:r>
              <w:rPr>
                <w:sz w:val="16"/>
              </w:rPr>
              <w:t xml:space="preserve">2025/9/25 </w:t>
            </w:r>
            <w:r>
              <w:rPr>
                <w:sz w:val="16"/>
              </w:rPr>
              <w:t>防衛省</w:t>
            </w:r>
          </w:p>
        </w:tc>
        <w:tc>
          <w:tcPr>
            <w:tcW w:w="8503" w:type="dxa"/>
            <w:tcMar>
              <w:top w:w="90" w:type="dxa"/>
              <w:left w:w="100" w:type="dxa"/>
              <w:bottom w:w="90" w:type="dxa"/>
              <w:right w:w="100" w:type="dxa"/>
            </w:tcMar>
          </w:tcPr>
          <w:p w14:paraId="0A8C7F76" w14:textId="77777777" w:rsidR="00C937A9" w:rsidRDefault="00D02F34">
            <w:pPr>
              <w:rPr>
                <w:lang w:eastAsia="ja-JP"/>
              </w:rPr>
            </w:pPr>
            <w:r>
              <w:rPr>
                <w:sz w:val="17"/>
                <w:lang w:eastAsia="ja-JP"/>
              </w:rPr>
              <w:t>本省から各地方防衛局に配布を依頼。別添の挨拶文を参考として送付し、地方防衛局から都道府県のカウンターパートに、都道府県教育委員会への配布や「必要に応じて小学校の図書館を含む様々な場面で活用」してほしい旨を説明するよう依頼。配布を強制するものと受け止められないよう周知したと回答。</w:t>
            </w:r>
          </w:p>
        </w:tc>
      </w:tr>
      <w:tr w:rsidR="00C937A9" w14:paraId="19DF0223" w14:textId="77777777">
        <w:trPr>
          <w:cantSplit/>
        </w:trPr>
        <w:tc>
          <w:tcPr>
            <w:tcW w:w="1587" w:type="dxa"/>
            <w:tcMar>
              <w:top w:w="90" w:type="dxa"/>
              <w:left w:w="100" w:type="dxa"/>
              <w:bottom w:w="90" w:type="dxa"/>
              <w:right w:w="100" w:type="dxa"/>
            </w:tcMar>
          </w:tcPr>
          <w:p w14:paraId="3E124C7D" w14:textId="77777777" w:rsidR="00C937A9" w:rsidRDefault="00D02F34">
            <w:proofErr w:type="spellStart"/>
            <w:r>
              <w:rPr>
                <w:sz w:val="16"/>
              </w:rPr>
              <w:t>挨拶文</w:t>
            </w:r>
            <w:proofErr w:type="spellEnd"/>
          </w:p>
        </w:tc>
        <w:tc>
          <w:tcPr>
            <w:tcW w:w="8503" w:type="dxa"/>
            <w:tcMar>
              <w:top w:w="90" w:type="dxa"/>
              <w:left w:w="100" w:type="dxa"/>
              <w:bottom w:w="90" w:type="dxa"/>
              <w:right w:w="100" w:type="dxa"/>
            </w:tcMar>
          </w:tcPr>
          <w:p w14:paraId="5F0D3CB6" w14:textId="77777777" w:rsidR="00C937A9" w:rsidRDefault="00D02F34">
            <w:pPr>
              <w:rPr>
                <w:lang w:eastAsia="ja-JP"/>
              </w:rPr>
            </w:pPr>
            <w:r>
              <w:rPr>
                <w:sz w:val="17"/>
                <w:lang w:eastAsia="ja-JP"/>
              </w:rPr>
              <w:t>「各市町村の小学校の図書館を含む様々な場面でご活用頂ければ幸甚」と記載。追加希望があれば問い合わせるよう案内。</w:t>
            </w:r>
          </w:p>
        </w:tc>
      </w:tr>
    </w:tbl>
    <w:p w14:paraId="1B61C166" w14:textId="77777777" w:rsidR="00C937A9" w:rsidRDefault="00C937A9">
      <w:pPr>
        <w:spacing w:after="60" w:line="252" w:lineRule="auto"/>
        <w:rPr>
          <w:lang w:eastAsia="ja-JP"/>
        </w:rPr>
      </w:pPr>
    </w:p>
    <w:p w14:paraId="104520E0" w14:textId="77777777" w:rsidR="00C937A9" w:rsidRDefault="00D02F34">
      <w:pPr>
        <w:pStyle w:val="SummaryBox"/>
        <w:keepNext/>
        <w:rPr>
          <w:lang w:eastAsia="ja-JP"/>
        </w:rPr>
      </w:pPr>
      <w:r>
        <w:rPr>
          <w:lang w:eastAsia="ja-JP"/>
        </w:rPr>
        <w:lastRenderedPageBreak/>
        <w:t>現時点で分かったこと：</w:t>
      </w:r>
      <w:r>
        <w:rPr>
          <w:lang w:eastAsia="ja-JP"/>
        </w:rPr>
        <w:t>防衛本省</w:t>
      </w:r>
      <w:r>
        <w:rPr>
          <w:lang w:eastAsia="ja-JP"/>
        </w:rPr>
        <w:t>→</w:t>
      </w:r>
      <w:r>
        <w:rPr>
          <w:lang w:eastAsia="ja-JP"/>
        </w:rPr>
        <w:t>地方防衛局</w:t>
      </w:r>
      <w:r>
        <w:rPr>
          <w:lang w:eastAsia="ja-JP"/>
        </w:rPr>
        <w:t>→</w:t>
      </w:r>
      <w:r>
        <w:rPr>
          <w:lang w:eastAsia="ja-JP"/>
        </w:rPr>
        <w:t>都道府県側・教育委員会という働きかけを行い、調整後の学校には防衛省から直接発送した。地方防衛局には「様々な場面で活用」してほしい旨の説明も依頼していた。</w:t>
      </w:r>
    </w:p>
    <w:p w14:paraId="470AFB67" w14:textId="77777777" w:rsidR="00C937A9" w:rsidRDefault="00D02F34">
      <w:pPr>
        <w:spacing w:after="60" w:line="252" w:lineRule="auto"/>
        <w:rPr>
          <w:lang w:eastAsia="ja-JP"/>
        </w:rPr>
      </w:pPr>
      <w:r>
        <w:rPr>
          <w:b/>
          <w:color w:val="C00000"/>
          <w:lang w:eastAsia="ja-JP"/>
        </w:rPr>
        <w:t>なお未回答・要確認：</w:t>
      </w:r>
      <w:r>
        <w:rPr>
          <w:lang w:eastAsia="ja-JP"/>
        </w:rPr>
        <w:t>各地方防衛局と各都道府県の具体的なやり取りの記録。</w:t>
      </w:r>
    </w:p>
    <w:p w14:paraId="0B5B89F2" w14:textId="77777777" w:rsidR="00C937A9" w:rsidRDefault="00D02F34">
      <w:pPr>
        <w:pStyle w:val="SourceNote"/>
        <w:rPr>
          <w:lang w:eastAsia="ja-JP"/>
        </w:rPr>
      </w:pPr>
      <w:r>
        <w:rPr>
          <w:lang w:eastAsia="ja-JP"/>
        </w:rPr>
        <w:t>出典：</w:t>
      </w:r>
      <w:r>
        <w:rPr>
          <w:lang w:eastAsia="ja-JP"/>
        </w:rPr>
        <w:t>8/28</w:t>
      </w:r>
      <w:r>
        <w:rPr>
          <w:lang w:eastAsia="ja-JP"/>
        </w:rPr>
        <w:t>防衛省提出資料／</w:t>
      </w:r>
      <w:r>
        <w:rPr>
          <w:lang w:eastAsia="ja-JP"/>
        </w:rPr>
        <w:t>8/29</w:t>
      </w:r>
      <w:r>
        <w:rPr>
          <w:lang w:eastAsia="ja-JP"/>
        </w:rPr>
        <w:t>意見交換メモ／</w:t>
      </w:r>
      <w:r>
        <w:rPr>
          <w:lang w:eastAsia="ja-JP"/>
        </w:rPr>
        <w:t>9/25</w:t>
      </w:r>
      <w:r>
        <w:rPr>
          <w:lang w:eastAsia="ja-JP"/>
        </w:rPr>
        <w:t>防衛省提出資料／挨拶文</w:t>
      </w:r>
    </w:p>
    <w:p w14:paraId="51C7AF20" w14:textId="77777777" w:rsidR="00C937A9" w:rsidRDefault="00D02F34">
      <w:pPr>
        <w:pStyle w:val="1"/>
        <w:spacing w:before="180" w:after="80"/>
        <w:rPr>
          <w:lang w:eastAsia="ja-JP"/>
        </w:rPr>
      </w:pPr>
      <w:r>
        <w:rPr>
          <w:lang w:eastAsia="ja-JP"/>
        </w:rPr>
        <w:t>4</w:t>
      </w:r>
      <w:r>
        <w:rPr>
          <w:lang w:eastAsia="ja-JP"/>
        </w:rPr>
        <w:t>．文部科学省の関与と内容確認</w:t>
      </w:r>
    </w:p>
    <w:p w14:paraId="749650E3" w14:textId="77777777" w:rsidR="00C937A9" w:rsidRDefault="00D02F34">
      <w:pPr>
        <w:pStyle w:val="Question"/>
        <w:keepNext/>
        <w:rPr>
          <w:lang w:eastAsia="ja-JP"/>
        </w:rPr>
      </w:pPr>
      <w:r>
        <w:rPr>
          <w:lang w:eastAsia="ja-JP"/>
        </w:rPr>
        <w:t>質問の趣旨：</w:t>
      </w:r>
      <w:r>
        <w:rPr>
          <w:lang w:eastAsia="ja-JP"/>
        </w:rPr>
        <w:t>防衛省は文科省に何を相談したのか。文科省は冊子の中身を確認したのか。</w:t>
      </w:r>
    </w:p>
    <w:tbl>
      <w:tblPr>
        <w:tblStyle w:val="afe"/>
        <w:tblW w:w="0" w:type="auto"/>
        <w:tblLayout w:type="fixed"/>
        <w:tblLook w:val="04A0" w:firstRow="1" w:lastRow="0" w:firstColumn="1" w:lastColumn="0" w:noHBand="0" w:noVBand="1"/>
      </w:tblPr>
      <w:tblGrid>
        <w:gridCol w:w="1587"/>
        <w:gridCol w:w="8503"/>
      </w:tblGrid>
      <w:tr w:rsidR="00C937A9" w14:paraId="4A7C7007" w14:textId="77777777">
        <w:trPr>
          <w:cantSplit/>
          <w:tblHeader/>
        </w:trPr>
        <w:tc>
          <w:tcPr>
            <w:tcW w:w="1587" w:type="dxa"/>
            <w:shd w:val="clear" w:color="auto" w:fill="D9EAF7"/>
            <w:vAlign w:val="center"/>
          </w:tcPr>
          <w:p w14:paraId="45AA14BE" w14:textId="77777777" w:rsidR="00C937A9" w:rsidRDefault="00D02F34">
            <w:proofErr w:type="spellStart"/>
            <w:r>
              <w:rPr>
                <w:b/>
                <w:sz w:val="16"/>
              </w:rPr>
              <w:t>時点・資料</w:t>
            </w:r>
            <w:proofErr w:type="spellEnd"/>
          </w:p>
        </w:tc>
        <w:tc>
          <w:tcPr>
            <w:tcW w:w="8503" w:type="dxa"/>
            <w:shd w:val="clear" w:color="auto" w:fill="D9EAF7"/>
            <w:vAlign w:val="center"/>
          </w:tcPr>
          <w:p w14:paraId="28EA95AA" w14:textId="77777777" w:rsidR="00C937A9" w:rsidRDefault="00D02F34">
            <w:pPr>
              <w:rPr>
                <w:lang w:eastAsia="ja-JP"/>
              </w:rPr>
            </w:pPr>
            <w:r>
              <w:rPr>
                <w:b/>
                <w:sz w:val="17"/>
                <w:lang w:eastAsia="ja-JP"/>
              </w:rPr>
              <w:t>回答・確認できた内容</w:t>
            </w:r>
          </w:p>
        </w:tc>
      </w:tr>
      <w:tr w:rsidR="00C937A9" w14:paraId="029EEE39" w14:textId="77777777">
        <w:trPr>
          <w:cantSplit/>
        </w:trPr>
        <w:tc>
          <w:tcPr>
            <w:tcW w:w="1587" w:type="dxa"/>
            <w:tcMar>
              <w:top w:w="90" w:type="dxa"/>
              <w:left w:w="100" w:type="dxa"/>
              <w:bottom w:w="90" w:type="dxa"/>
              <w:right w:w="100" w:type="dxa"/>
            </w:tcMar>
          </w:tcPr>
          <w:p w14:paraId="22E28B25" w14:textId="77777777" w:rsidR="00C937A9" w:rsidRDefault="00D02F34">
            <w:r>
              <w:rPr>
                <w:sz w:val="16"/>
              </w:rPr>
              <w:t xml:space="preserve">2025/8/29 </w:t>
            </w:r>
            <w:proofErr w:type="spellStart"/>
            <w:r>
              <w:rPr>
                <w:sz w:val="16"/>
              </w:rPr>
              <w:t>意見交換</w:t>
            </w:r>
            <w:proofErr w:type="spellEnd"/>
          </w:p>
        </w:tc>
        <w:tc>
          <w:tcPr>
            <w:tcW w:w="8503" w:type="dxa"/>
            <w:tcMar>
              <w:top w:w="90" w:type="dxa"/>
              <w:left w:w="100" w:type="dxa"/>
              <w:bottom w:w="90" w:type="dxa"/>
              <w:right w:w="100" w:type="dxa"/>
            </w:tcMar>
          </w:tcPr>
          <w:p w14:paraId="6800D2AC" w14:textId="77777777" w:rsidR="00C937A9" w:rsidRDefault="00D02F34">
            <w:pPr>
              <w:rPr>
                <w:lang w:eastAsia="ja-JP"/>
              </w:rPr>
            </w:pPr>
            <w:r>
              <w:rPr>
                <w:sz w:val="17"/>
                <w:lang w:eastAsia="ja-JP"/>
              </w:rPr>
              <w:t>文科省は、防衛省から配布の相談を受け、「学校に配布したいものは各自治体の教委の判断」と伝えたと説明。冊子の内容については防衛省と話しておらず、学校図書館への配布という話だったため内容確認はしなかった。一般論としても、学校に配布される様々な資料の中身を文科省が一律に確認するのではなく、各自治体が判断するとした。</w:t>
            </w:r>
          </w:p>
        </w:tc>
      </w:tr>
      <w:tr w:rsidR="00C937A9" w14:paraId="3C4208C5" w14:textId="77777777">
        <w:trPr>
          <w:cantSplit/>
        </w:trPr>
        <w:tc>
          <w:tcPr>
            <w:tcW w:w="1587" w:type="dxa"/>
            <w:tcMar>
              <w:top w:w="90" w:type="dxa"/>
              <w:left w:w="100" w:type="dxa"/>
              <w:bottom w:w="90" w:type="dxa"/>
              <w:right w:w="100" w:type="dxa"/>
            </w:tcMar>
          </w:tcPr>
          <w:p w14:paraId="2625BD1A" w14:textId="77777777" w:rsidR="00C937A9" w:rsidRDefault="00D02F34">
            <w:r>
              <w:rPr>
                <w:sz w:val="16"/>
              </w:rPr>
              <w:t xml:space="preserve">2025/9/25 </w:t>
            </w:r>
            <w:r>
              <w:rPr>
                <w:sz w:val="16"/>
              </w:rPr>
              <w:t>防衛省</w:t>
            </w:r>
          </w:p>
        </w:tc>
        <w:tc>
          <w:tcPr>
            <w:tcW w:w="8503" w:type="dxa"/>
            <w:tcMar>
              <w:top w:w="90" w:type="dxa"/>
              <w:left w:w="100" w:type="dxa"/>
              <w:bottom w:w="90" w:type="dxa"/>
              <w:right w:w="100" w:type="dxa"/>
            </w:tcMar>
          </w:tcPr>
          <w:p w14:paraId="10D4515D" w14:textId="77777777" w:rsidR="00C937A9" w:rsidRDefault="00D02F34">
            <w:pPr>
              <w:rPr>
                <w:lang w:eastAsia="ja-JP"/>
              </w:rPr>
            </w:pPr>
            <w:r>
              <w:rPr>
                <w:sz w:val="17"/>
                <w:lang w:eastAsia="ja-JP"/>
              </w:rPr>
              <w:t>事前に文科省に確認し、「学校に配布したい書籍については、様々な機関が教育委員会に直接依頼し、配布するかどうかは各自治体で判断している」と回答を受けたと説明。</w:t>
            </w:r>
          </w:p>
        </w:tc>
      </w:tr>
      <w:tr w:rsidR="00C937A9" w14:paraId="619590A1" w14:textId="77777777">
        <w:trPr>
          <w:cantSplit/>
        </w:trPr>
        <w:tc>
          <w:tcPr>
            <w:tcW w:w="1587" w:type="dxa"/>
            <w:tcMar>
              <w:top w:w="90" w:type="dxa"/>
              <w:left w:w="100" w:type="dxa"/>
              <w:bottom w:w="90" w:type="dxa"/>
              <w:right w:w="100" w:type="dxa"/>
            </w:tcMar>
          </w:tcPr>
          <w:p w14:paraId="4C5738F2" w14:textId="77777777" w:rsidR="00C937A9" w:rsidRDefault="00D02F34">
            <w:proofErr w:type="spellStart"/>
            <w:r>
              <w:rPr>
                <w:sz w:val="16"/>
              </w:rPr>
              <w:t>文科省正式回答</w:t>
            </w:r>
            <w:proofErr w:type="spellEnd"/>
          </w:p>
        </w:tc>
        <w:tc>
          <w:tcPr>
            <w:tcW w:w="8503" w:type="dxa"/>
            <w:tcMar>
              <w:top w:w="90" w:type="dxa"/>
              <w:left w:w="100" w:type="dxa"/>
              <w:bottom w:w="90" w:type="dxa"/>
              <w:right w:w="100" w:type="dxa"/>
            </w:tcMar>
          </w:tcPr>
          <w:p w14:paraId="49306B6A" w14:textId="77777777" w:rsidR="00C937A9" w:rsidRDefault="00D02F34">
            <w:pPr>
              <w:rPr>
                <w:lang w:eastAsia="ja-JP"/>
              </w:rPr>
            </w:pPr>
            <w:r>
              <w:rPr>
                <w:sz w:val="17"/>
                <w:lang w:eastAsia="ja-JP"/>
              </w:rPr>
              <w:t>防衛省から相談を受けた際に同趣旨を伝え、その後、防衛省が直接都道府県へ相談し、了承を得た都道府県へ配布したと聞いていると回答。</w:t>
            </w:r>
          </w:p>
        </w:tc>
      </w:tr>
    </w:tbl>
    <w:p w14:paraId="41DA697F" w14:textId="77777777" w:rsidR="00C937A9" w:rsidRDefault="00C937A9">
      <w:pPr>
        <w:spacing w:after="60" w:line="252" w:lineRule="auto"/>
        <w:rPr>
          <w:lang w:eastAsia="ja-JP"/>
        </w:rPr>
      </w:pPr>
    </w:p>
    <w:p w14:paraId="730E1463" w14:textId="77777777" w:rsidR="00C937A9" w:rsidRDefault="00D02F34">
      <w:pPr>
        <w:pStyle w:val="SummaryBox"/>
        <w:keepNext/>
        <w:rPr>
          <w:lang w:eastAsia="ja-JP"/>
        </w:rPr>
      </w:pPr>
      <w:r>
        <w:rPr>
          <w:lang w:eastAsia="ja-JP"/>
        </w:rPr>
        <w:t>現時点で分かったこと：</w:t>
      </w:r>
      <w:r>
        <w:rPr>
          <w:lang w:eastAsia="ja-JP"/>
        </w:rPr>
        <w:t>文科省は配布の可否を自治体判断と位置付け、防衛省の冊子内容を事前審査・確認していない。</w:t>
      </w:r>
    </w:p>
    <w:p w14:paraId="7E30FF57" w14:textId="77777777" w:rsidR="00C937A9" w:rsidRDefault="00D02F34">
      <w:pPr>
        <w:spacing w:after="60" w:line="252" w:lineRule="auto"/>
        <w:rPr>
          <w:lang w:eastAsia="ja-JP"/>
        </w:rPr>
      </w:pPr>
      <w:r>
        <w:rPr>
          <w:b/>
          <w:color w:val="C00000"/>
          <w:lang w:eastAsia="ja-JP"/>
        </w:rPr>
        <w:t>なお未回答・要確認：</w:t>
      </w:r>
      <w:r>
        <w:rPr>
          <w:lang w:eastAsia="ja-JP"/>
        </w:rPr>
        <w:t>小学生向け冊子としての内容の適切性について、文科省が今後検証する予定の有無。</w:t>
      </w:r>
    </w:p>
    <w:p w14:paraId="38C0A3AB" w14:textId="77777777" w:rsidR="00C937A9" w:rsidRDefault="00D02F34">
      <w:pPr>
        <w:pStyle w:val="SourceNote"/>
        <w:rPr>
          <w:lang w:eastAsia="ja-JP"/>
        </w:rPr>
      </w:pPr>
      <w:r>
        <w:rPr>
          <w:lang w:eastAsia="ja-JP"/>
        </w:rPr>
        <w:t>出典：</w:t>
      </w:r>
      <w:r>
        <w:rPr>
          <w:lang w:eastAsia="ja-JP"/>
        </w:rPr>
        <w:t>8/29</w:t>
      </w:r>
      <w:r>
        <w:rPr>
          <w:lang w:eastAsia="ja-JP"/>
        </w:rPr>
        <w:t>意見交換メモ／</w:t>
      </w:r>
      <w:r>
        <w:rPr>
          <w:lang w:eastAsia="ja-JP"/>
        </w:rPr>
        <w:t>9/25</w:t>
      </w:r>
      <w:r>
        <w:rPr>
          <w:lang w:eastAsia="ja-JP"/>
        </w:rPr>
        <w:t>防衛省提出資料／文科省回答</w:t>
      </w:r>
    </w:p>
    <w:p w14:paraId="5153A2B9" w14:textId="77777777" w:rsidR="00C937A9" w:rsidRDefault="00D02F34">
      <w:pPr>
        <w:pStyle w:val="1"/>
        <w:spacing w:before="180" w:after="80"/>
        <w:rPr>
          <w:lang w:eastAsia="ja-JP"/>
        </w:rPr>
      </w:pPr>
      <w:r>
        <w:rPr>
          <w:lang w:eastAsia="ja-JP"/>
        </w:rPr>
        <w:t>5</w:t>
      </w:r>
      <w:r>
        <w:rPr>
          <w:lang w:eastAsia="ja-JP"/>
        </w:rPr>
        <w:t>．教育委員会・学校の法的義務と独自判断</w:t>
      </w:r>
    </w:p>
    <w:p w14:paraId="1096779D" w14:textId="77777777" w:rsidR="00C937A9" w:rsidRDefault="00D02F34">
      <w:pPr>
        <w:pStyle w:val="Question"/>
        <w:keepNext/>
        <w:rPr>
          <w:lang w:eastAsia="ja-JP"/>
        </w:rPr>
      </w:pPr>
      <w:r>
        <w:rPr>
          <w:lang w:eastAsia="ja-JP"/>
        </w:rPr>
        <w:t>質問の趣旨：</w:t>
      </w:r>
      <w:r>
        <w:rPr>
          <w:lang w:eastAsia="ja-JP"/>
        </w:rPr>
        <w:t>教育委員会や学校には配布に協力する法的義務があるのか。首長の意向があっても独自に判断できるのか。</w:t>
      </w:r>
    </w:p>
    <w:tbl>
      <w:tblPr>
        <w:tblStyle w:val="afe"/>
        <w:tblW w:w="0" w:type="auto"/>
        <w:tblLayout w:type="fixed"/>
        <w:tblLook w:val="04A0" w:firstRow="1" w:lastRow="0" w:firstColumn="1" w:lastColumn="0" w:noHBand="0" w:noVBand="1"/>
      </w:tblPr>
      <w:tblGrid>
        <w:gridCol w:w="1587"/>
        <w:gridCol w:w="8503"/>
      </w:tblGrid>
      <w:tr w:rsidR="00C937A9" w14:paraId="703AE992" w14:textId="77777777">
        <w:trPr>
          <w:cantSplit/>
          <w:tblHeader/>
        </w:trPr>
        <w:tc>
          <w:tcPr>
            <w:tcW w:w="1587" w:type="dxa"/>
            <w:shd w:val="clear" w:color="auto" w:fill="D9EAF7"/>
            <w:vAlign w:val="center"/>
          </w:tcPr>
          <w:p w14:paraId="777784CB" w14:textId="77777777" w:rsidR="00C937A9" w:rsidRDefault="00D02F34">
            <w:proofErr w:type="spellStart"/>
            <w:r>
              <w:rPr>
                <w:b/>
                <w:sz w:val="16"/>
              </w:rPr>
              <w:t>時点・資料</w:t>
            </w:r>
            <w:proofErr w:type="spellEnd"/>
          </w:p>
        </w:tc>
        <w:tc>
          <w:tcPr>
            <w:tcW w:w="8503" w:type="dxa"/>
            <w:shd w:val="clear" w:color="auto" w:fill="D9EAF7"/>
            <w:vAlign w:val="center"/>
          </w:tcPr>
          <w:p w14:paraId="3F2E59E1" w14:textId="77777777" w:rsidR="00C937A9" w:rsidRDefault="00D02F34">
            <w:pPr>
              <w:rPr>
                <w:lang w:eastAsia="ja-JP"/>
              </w:rPr>
            </w:pPr>
            <w:r>
              <w:rPr>
                <w:b/>
                <w:sz w:val="17"/>
                <w:lang w:eastAsia="ja-JP"/>
              </w:rPr>
              <w:t>回答・確認できた内容</w:t>
            </w:r>
          </w:p>
        </w:tc>
      </w:tr>
      <w:tr w:rsidR="00C937A9" w14:paraId="0B65A459" w14:textId="77777777">
        <w:trPr>
          <w:cantSplit/>
        </w:trPr>
        <w:tc>
          <w:tcPr>
            <w:tcW w:w="1587" w:type="dxa"/>
            <w:tcMar>
              <w:top w:w="90" w:type="dxa"/>
              <w:left w:w="100" w:type="dxa"/>
              <w:bottom w:w="90" w:type="dxa"/>
              <w:right w:w="100" w:type="dxa"/>
            </w:tcMar>
          </w:tcPr>
          <w:p w14:paraId="1F1F8844" w14:textId="77777777" w:rsidR="00C937A9" w:rsidRDefault="00D02F34">
            <w:proofErr w:type="spellStart"/>
            <w:r>
              <w:rPr>
                <w:sz w:val="16"/>
              </w:rPr>
              <w:t>文科省正式回答</w:t>
            </w:r>
            <w:proofErr w:type="spellEnd"/>
          </w:p>
        </w:tc>
        <w:tc>
          <w:tcPr>
            <w:tcW w:w="8503" w:type="dxa"/>
            <w:tcMar>
              <w:top w:w="90" w:type="dxa"/>
              <w:left w:w="100" w:type="dxa"/>
              <w:bottom w:w="90" w:type="dxa"/>
              <w:right w:w="100" w:type="dxa"/>
            </w:tcMar>
          </w:tcPr>
          <w:p w14:paraId="17BB66DB" w14:textId="77777777" w:rsidR="00C937A9" w:rsidRDefault="00D02F34">
            <w:pPr>
              <w:rPr>
                <w:lang w:eastAsia="ja-JP"/>
              </w:rPr>
            </w:pPr>
            <w:r>
              <w:rPr>
                <w:sz w:val="17"/>
                <w:lang w:eastAsia="ja-JP"/>
              </w:rPr>
              <w:t>「配布はあくまで各学校が任意に判断することで、教育委員会や学校には配布に協力する法的義務はない」という認識について「御認識のとおりです」と回答。さらに、仮に首長が自衛官・自衛官候補生の募集に資するため配布しようとした場合でも、各教委・学校は首長の意向にかかわらず独自に配布の適否を判断できる、との認識にも「御認識のとおりです」と回答。</w:t>
            </w:r>
          </w:p>
        </w:tc>
      </w:tr>
      <w:tr w:rsidR="00C937A9" w14:paraId="004F819F" w14:textId="77777777">
        <w:trPr>
          <w:cantSplit/>
        </w:trPr>
        <w:tc>
          <w:tcPr>
            <w:tcW w:w="1587" w:type="dxa"/>
            <w:tcMar>
              <w:top w:w="90" w:type="dxa"/>
              <w:left w:w="100" w:type="dxa"/>
              <w:bottom w:w="90" w:type="dxa"/>
              <w:right w:w="100" w:type="dxa"/>
            </w:tcMar>
          </w:tcPr>
          <w:p w14:paraId="555E9411" w14:textId="77777777" w:rsidR="00C937A9" w:rsidRDefault="00D02F34">
            <w:r>
              <w:rPr>
                <w:sz w:val="16"/>
              </w:rPr>
              <w:t xml:space="preserve">2025/9/25 </w:t>
            </w:r>
            <w:r>
              <w:rPr>
                <w:sz w:val="16"/>
              </w:rPr>
              <w:t>防衛省</w:t>
            </w:r>
          </w:p>
        </w:tc>
        <w:tc>
          <w:tcPr>
            <w:tcW w:w="8503" w:type="dxa"/>
            <w:tcMar>
              <w:top w:w="90" w:type="dxa"/>
              <w:left w:w="100" w:type="dxa"/>
              <w:bottom w:w="90" w:type="dxa"/>
              <w:right w:w="100" w:type="dxa"/>
            </w:tcMar>
          </w:tcPr>
          <w:p w14:paraId="286330AF" w14:textId="77777777" w:rsidR="00C937A9" w:rsidRDefault="00D02F34">
            <w:pPr>
              <w:rPr>
                <w:lang w:eastAsia="ja-JP"/>
              </w:rPr>
            </w:pPr>
            <w:r>
              <w:rPr>
                <w:sz w:val="17"/>
                <w:lang w:eastAsia="ja-JP"/>
              </w:rPr>
              <w:t>自衛隊法</w:t>
            </w:r>
            <w:r>
              <w:rPr>
                <w:sz w:val="17"/>
                <w:lang w:eastAsia="ja-JP"/>
              </w:rPr>
              <w:t>86</w:t>
            </w:r>
            <w:r>
              <w:rPr>
                <w:sz w:val="17"/>
                <w:lang w:eastAsia="ja-JP"/>
              </w:rPr>
              <w:t>条について、教育委員会も地方公共団体の機関ではあるが、同条に基づき協力する関係機関となるかは個々の事態で判断され、あらかじめ確定的に答えることは困難と回答。</w:t>
            </w:r>
          </w:p>
        </w:tc>
      </w:tr>
      <w:tr w:rsidR="00C937A9" w14:paraId="6F9C262C" w14:textId="77777777">
        <w:trPr>
          <w:cantSplit/>
        </w:trPr>
        <w:tc>
          <w:tcPr>
            <w:tcW w:w="1587" w:type="dxa"/>
            <w:tcMar>
              <w:top w:w="90" w:type="dxa"/>
              <w:left w:w="100" w:type="dxa"/>
              <w:bottom w:w="90" w:type="dxa"/>
              <w:right w:w="100" w:type="dxa"/>
            </w:tcMar>
          </w:tcPr>
          <w:p w14:paraId="052C4E4A" w14:textId="77777777" w:rsidR="00C937A9" w:rsidRDefault="00D02F34">
            <w:r>
              <w:rPr>
                <w:sz w:val="16"/>
              </w:rPr>
              <w:t xml:space="preserve">2025/10/29 </w:t>
            </w:r>
            <w:r>
              <w:rPr>
                <w:sz w:val="16"/>
              </w:rPr>
              <w:t>防衛省</w:t>
            </w:r>
          </w:p>
        </w:tc>
        <w:tc>
          <w:tcPr>
            <w:tcW w:w="8503" w:type="dxa"/>
            <w:tcMar>
              <w:top w:w="90" w:type="dxa"/>
              <w:left w:w="100" w:type="dxa"/>
              <w:bottom w:w="90" w:type="dxa"/>
              <w:right w:w="100" w:type="dxa"/>
            </w:tcMar>
          </w:tcPr>
          <w:p w14:paraId="0FC40FBB" w14:textId="77777777" w:rsidR="00C937A9" w:rsidRDefault="00D02F34">
            <w:pPr>
              <w:rPr>
                <w:lang w:eastAsia="ja-JP"/>
              </w:rPr>
            </w:pPr>
            <w:r>
              <w:rPr>
                <w:sz w:val="17"/>
                <w:lang w:eastAsia="ja-JP"/>
              </w:rPr>
              <w:t>自衛隊法</w:t>
            </w:r>
            <w:r>
              <w:rPr>
                <w:sz w:val="17"/>
                <w:lang w:eastAsia="ja-JP"/>
              </w:rPr>
              <w:t>86</w:t>
            </w:r>
            <w:r>
              <w:rPr>
                <w:sz w:val="17"/>
                <w:lang w:eastAsia="ja-JP"/>
              </w:rPr>
              <w:t>条について同趣旨の回答を改めて提示。</w:t>
            </w:r>
          </w:p>
        </w:tc>
      </w:tr>
    </w:tbl>
    <w:p w14:paraId="54716A92" w14:textId="77777777" w:rsidR="00C937A9" w:rsidRDefault="00C937A9">
      <w:pPr>
        <w:spacing w:after="60" w:line="252" w:lineRule="auto"/>
        <w:rPr>
          <w:lang w:eastAsia="ja-JP"/>
        </w:rPr>
      </w:pPr>
    </w:p>
    <w:p w14:paraId="1E123995" w14:textId="77777777" w:rsidR="00C937A9" w:rsidRDefault="00D02F34">
      <w:pPr>
        <w:pStyle w:val="SummaryBox"/>
        <w:keepNext/>
        <w:rPr>
          <w:lang w:eastAsia="ja-JP"/>
        </w:rPr>
      </w:pPr>
      <w:r>
        <w:rPr>
          <w:lang w:eastAsia="ja-JP"/>
        </w:rPr>
        <w:lastRenderedPageBreak/>
        <w:t>現時点で分かったこと：</w:t>
      </w:r>
      <w:r>
        <w:rPr>
          <w:lang w:eastAsia="ja-JP"/>
        </w:rPr>
        <w:t>少なくともこの冊子の学校配布について、文科省は教委・学校に法的な協力義務はないと明確に回答している。</w:t>
      </w:r>
    </w:p>
    <w:p w14:paraId="3C37DB1A" w14:textId="77777777" w:rsidR="00C937A9" w:rsidRDefault="00D02F34">
      <w:pPr>
        <w:spacing w:after="60" w:line="252" w:lineRule="auto"/>
        <w:rPr>
          <w:lang w:eastAsia="ja-JP"/>
        </w:rPr>
      </w:pPr>
      <w:r>
        <w:rPr>
          <w:b/>
          <w:color w:val="C00000"/>
          <w:lang w:eastAsia="ja-JP"/>
        </w:rPr>
        <w:t>なお未回答・要確認：</w:t>
      </w:r>
      <w:r>
        <w:rPr>
          <w:lang w:eastAsia="ja-JP"/>
        </w:rPr>
        <w:t>冊子配布と自衛隊法</w:t>
      </w:r>
      <w:r>
        <w:rPr>
          <w:lang w:eastAsia="ja-JP"/>
        </w:rPr>
        <w:t>86</w:t>
      </w:r>
      <w:r>
        <w:rPr>
          <w:lang w:eastAsia="ja-JP"/>
        </w:rPr>
        <w:t>条の関係について、防衛省回答は一般論にとどまる。</w:t>
      </w:r>
    </w:p>
    <w:p w14:paraId="45DD4358" w14:textId="77777777" w:rsidR="00C937A9" w:rsidRDefault="00D02F34">
      <w:pPr>
        <w:pStyle w:val="SourceNote"/>
      </w:pPr>
      <w:r>
        <w:t>出典：文科省回答／</w:t>
      </w:r>
      <w:r>
        <w:t>9/25</w:t>
      </w:r>
      <w:r>
        <w:t>防衛省提出資料／</w:t>
      </w:r>
      <w:r>
        <w:t>10/29</w:t>
      </w:r>
      <w:r>
        <w:t>防衛省提出資料</w:t>
      </w:r>
    </w:p>
    <w:p w14:paraId="546D6B12" w14:textId="77777777" w:rsidR="00C937A9" w:rsidRDefault="00D02F34">
      <w:pPr>
        <w:pStyle w:val="1"/>
        <w:spacing w:before="180" w:after="80"/>
        <w:rPr>
          <w:lang w:eastAsia="ja-JP"/>
        </w:rPr>
      </w:pPr>
      <w:r>
        <w:rPr>
          <w:lang w:eastAsia="ja-JP"/>
        </w:rPr>
        <w:t>6</w:t>
      </w:r>
      <w:r>
        <w:rPr>
          <w:lang w:eastAsia="ja-JP"/>
        </w:rPr>
        <w:t>．学校図書館だけか、授業利用も想定したのか</w:t>
      </w:r>
    </w:p>
    <w:p w14:paraId="04B18528" w14:textId="77777777" w:rsidR="00C937A9" w:rsidRDefault="00D02F34">
      <w:pPr>
        <w:pStyle w:val="Question"/>
        <w:keepNext/>
        <w:rPr>
          <w:lang w:eastAsia="ja-JP"/>
        </w:rPr>
      </w:pPr>
      <w:r>
        <w:rPr>
          <w:lang w:eastAsia="ja-JP"/>
        </w:rPr>
        <w:t>質問の趣旨：</w:t>
      </w:r>
      <w:r>
        <w:rPr>
          <w:lang w:eastAsia="ja-JP"/>
        </w:rPr>
        <w:t>冊子は学校図書館に置くためのものなのか。授業、とくに総合的な学習の時間での使用も想定・推奨していたのか。</w:t>
      </w:r>
    </w:p>
    <w:tbl>
      <w:tblPr>
        <w:tblStyle w:val="afe"/>
        <w:tblW w:w="0" w:type="auto"/>
        <w:tblLayout w:type="fixed"/>
        <w:tblLook w:val="04A0" w:firstRow="1" w:lastRow="0" w:firstColumn="1" w:lastColumn="0" w:noHBand="0" w:noVBand="1"/>
      </w:tblPr>
      <w:tblGrid>
        <w:gridCol w:w="1587"/>
        <w:gridCol w:w="8503"/>
      </w:tblGrid>
      <w:tr w:rsidR="00C937A9" w14:paraId="0506E240" w14:textId="77777777">
        <w:trPr>
          <w:cantSplit/>
          <w:tblHeader/>
        </w:trPr>
        <w:tc>
          <w:tcPr>
            <w:tcW w:w="1587" w:type="dxa"/>
            <w:shd w:val="clear" w:color="auto" w:fill="D9EAF7"/>
            <w:vAlign w:val="center"/>
          </w:tcPr>
          <w:p w14:paraId="294E0D6C" w14:textId="77777777" w:rsidR="00C937A9" w:rsidRDefault="00D02F34">
            <w:proofErr w:type="spellStart"/>
            <w:r>
              <w:rPr>
                <w:b/>
                <w:sz w:val="16"/>
              </w:rPr>
              <w:t>時点・資料</w:t>
            </w:r>
            <w:proofErr w:type="spellEnd"/>
          </w:p>
        </w:tc>
        <w:tc>
          <w:tcPr>
            <w:tcW w:w="8503" w:type="dxa"/>
            <w:shd w:val="clear" w:color="auto" w:fill="D9EAF7"/>
            <w:vAlign w:val="center"/>
          </w:tcPr>
          <w:p w14:paraId="3265C36C" w14:textId="77777777" w:rsidR="00C937A9" w:rsidRDefault="00D02F34">
            <w:pPr>
              <w:rPr>
                <w:lang w:eastAsia="ja-JP"/>
              </w:rPr>
            </w:pPr>
            <w:r>
              <w:rPr>
                <w:b/>
                <w:sz w:val="17"/>
                <w:lang w:eastAsia="ja-JP"/>
              </w:rPr>
              <w:t>回答・確認できた内容</w:t>
            </w:r>
          </w:p>
        </w:tc>
      </w:tr>
      <w:tr w:rsidR="00C937A9" w14:paraId="41AC8A00" w14:textId="77777777">
        <w:trPr>
          <w:cantSplit/>
        </w:trPr>
        <w:tc>
          <w:tcPr>
            <w:tcW w:w="1587" w:type="dxa"/>
            <w:tcMar>
              <w:top w:w="90" w:type="dxa"/>
              <w:left w:w="100" w:type="dxa"/>
              <w:bottom w:w="90" w:type="dxa"/>
              <w:right w:w="100" w:type="dxa"/>
            </w:tcMar>
          </w:tcPr>
          <w:p w14:paraId="742266D2" w14:textId="77777777" w:rsidR="00C937A9" w:rsidRDefault="00D02F34">
            <w:r>
              <w:rPr>
                <w:sz w:val="16"/>
              </w:rPr>
              <w:t xml:space="preserve">2025/8/29 </w:t>
            </w:r>
            <w:proofErr w:type="spellStart"/>
            <w:r>
              <w:rPr>
                <w:sz w:val="16"/>
              </w:rPr>
              <w:t>意見交換</w:t>
            </w:r>
            <w:proofErr w:type="spellEnd"/>
          </w:p>
        </w:tc>
        <w:tc>
          <w:tcPr>
            <w:tcW w:w="8503" w:type="dxa"/>
            <w:tcMar>
              <w:top w:w="90" w:type="dxa"/>
              <w:left w:w="100" w:type="dxa"/>
              <w:bottom w:w="90" w:type="dxa"/>
              <w:right w:w="100" w:type="dxa"/>
            </w:tcMar>
          </w:tcPr>
          <w:p w14:paraId="66CF819E" w14:textId="77777777" w:rsidR="00C937A9" w:rsidRDefault="00D02F34">
            <w:pPr>
              <w:rPr>
                <w:lang w:eastAsia="ja-JP"/>
              </w:rPr>
            </w:pPr>
            <w:r>
              <w:rPr>
                <w:sz w:val="17"/>
                <w:lang w:eastAsia="ja-JP"/>
              </w:rPr>
              <w:t>防衛省は「必要に応じて、図書館に置くなど、いろいろ活用してもらえれば」と説明。防衛省からは総合的な学習で使用した学校もあるとの回答。文科省は具体的な使用状況を把握していないとした。</w:t>
            </w:r>
          </w:p>
        </w:tc>
      </w:tr>
      <w:tr w:rsidR="00C937A9" w14:paraId="455FBEFC" w14:textId="77777777">
        <w:trPr>
          <w:cantSplit/>
        </w:trPr>
        <w:tc>
          <w:tcPr>
            <w:tcW w:w="1587" w:type="dxa"/>
            <w:tcMar>
              <w:top w:w="90" w:type="dxa"/>
              <w:left w:w="100" w:type="dxa"/>
              <w:bottom w:w="90" w:type="dxa"/>
              <w:right w:w="100" w:type="dxa"/>
            </w:tcMar>
          </w:tcPr>
          <w:p w14:paraId="133708A8" w14:textId="77777777" w:rsidR="00C937A9" w:rsidRDefault="00D02F34">
            <w:proofErr w:type="spellStart"/>
            <w:r>
              <w:rPr>
                <w:sz w:val="16"/>
              </w:rPr>
              <w:t>読後アンケート</w:t>
            </w:r>
            <w:proofErr w:type="spellEnd"/>
          </w:p>
        </w:tc>
        <w:tc>
          <w:tcPr>
            <w:tcW w:w="8503" w:type="dxa"/>
            <w:tcMar>
              <w:top w:w="90" w:type="dxa"/>
              <w:left w:w="100" w:type="dxa"/>
              <w:bottom w:w="90" w:type="dxa"/>
              <w:right w:w="100" w:type="dxa"/>
            </w:tcMar>
          </w:tcPr>
          <w:p w14:paraId="4153C2AA" w14:textId="77777777" w:rsidR="00C937A9" w:rsidRDefault="00D02F34">
            <w:pPr>
              <w:rPr>
                <w:lang w:eastAsia="ja-JP"/>
              </w:rPr>
            </w:pPr>
            <w:r>
              <w:rPr>
                <w:sz w:val="17"/>
                <w:lang w:eastAsia="ja-JP"/>
              </w:rPr>
              <w:t>「活用実績」の選択肢に「図書館での閲覧・貸出」と「総合的な学習の時間に使用」が併記され、「今後の望ましい活用方法」にも「総合的な学習の時間での使用」が設けられている。</w:t>
            </w:r>
          </w:p>
        </w:tc>
      </w:tr>
      <w:tr w:rsidR="00C937A9" w14:paraId="27A5B00D" w14:textId="77777777">
        <w:trPr>
          <w:cantSplit/>
        </w:trPr>
        <w:tc>
          <w:tcPr>
            <w:tcW w:w="1587" w:type="dxa"/>
            <w:tcMar>
              <w:top w:w="90" w:type="dxa"/>
              <w:left w:w="100" w:type="dxa"/>
              <w:bottom w:w="90" w:type="dxa"/>
              <w:right w:w="100" w:type="dxa"/>
            </w:tcMar>
          </w:tcPr>
          <w:p w14:paraId="052EB17A" w14:textId="77777777" w:rsidR="00C937A9" w:rsidRDefault="00D02F34">
            <w:r>
              <w:rPr>
                <w:sz w:val="16"/>
              </w:rPr>
              <w:t xml:space="preserve">2025/10/29 </w:t>
            </w:r>
            <w:r>
              <w:rPr>
                <w:sz w:val="16"/>
              </w:rPr>
              <w:t>防衛省</w:t>
            </w:r>
          </w:p>
        </w:tc>
        <w:tc>
          <w:tcPr>
            <w:tcW w:w="8503" w:type="dxa"/>
            <w:tcMar>
              <w:top w:w="90" w:type="dxa"/>
              <w:left w:w="100" w:type="dxa"/>
              <w:bottom w:w="90" w:type="dxa"/>
              <w:right w:w="100" w:type="dxa"/>
            </w:tcMar>
          </w:tcPr>
          <w:p w14:paraId="6B5B4652" w14:textId="77777777" w:rsidR="00C937A9" w:rsidRDefault="00D02F34">
            <w:pPr>
              <w:rPr>
                <w:lang w:eastAsia="ja-JP"/>
              </w:rPr>
            </w:pPr>
            <w:r>
              <w:rPr>
                <w:sz w:val="17"/>
                <w:lang w:eastAsia="ja-JP"/>
              </w:rPr>
              <w:t>「防衛省としては、授業でも使用するよう勧奨した事実はない」と回答。</w:t>
            </w:r>
          </w:p>
        </w:tc>
      </w:tr>
    </w:tbl>
    <w:p w14:paraId="1A5FAABB" w14:textId="77777777" w:rsidR="00C937A9" w:rsidRDefault="00C937A9">
      <w:pPr>
        <w:spacing w:after="60" w:line="252" w:lineRule="auto"/>
        <w:rPr>
          <w:lang w:eastAsia="ja-JP"/>
        </w:rPr>
      </w:pPr>
    </w:p>
    <w:p w14:paraId="632590C3" w14:textId="77777777" w:rsidR="00C937A9" w:rsidRDefault="00D02F34">
      <w:pPr>
        <w:pStyle w:val="SummaryBox"/>
        <w:keepNext/>
        <w:rPr>
          <w:lang w:eastAsia="ja-JP"/>
        </w:rPr>
      </w:pPr>
      <w:r>
        <w:rPr>
          <w:lang w:eastAsia="ja-JP"/>
        </w:rPr>
        <w:t>現時点で分かったこと：</w:t>
      </w:r>
      <w:r>
        <w:rPr>
          <w:lang w:eastAsia="ja-JP"/>
        </w:rPr>
        <w:t>防衛省は授業利用を「勧奨した事実はない」とする一方、アンケートでは総合学習での利用実績・今後の利用希望を明示的に尋ねている。実際に総合学習で使用した学校もある。</w:t>
      </w:r>
    </w:p>
    <w:p w14:paraId="332F77F6" w14:textId="77777777" w:rsidR="00C937A9" w:rsidRDefault="00D02F34">
      <w:pPr>
        <w:spacing w:after="60" w:line="252" w:lineRule="auto"/>
        <w:rPr>
          <w:lang w:eastAsia="ja-JP"/>
        </w:rPr>
      </w:pPr>
      <w:r>
        <w:rPr>
          <w:b/>
          <w:color w:val="C00000"/>
          <w:lang w:eastAsia="ja-JP"/>
        </w:rPr>
        <w:t>なお未回答・要確認：</w:t>
      </w:r>
      <w:r>
        <w:rPr>
          <w:lang w:eastAsia="ja-JP"/>
        </w:rPr>
        <w:t>総合学習で使用した学校数、使用内容、授業利用を想定した内部検討の有無。</w:t>
      </w:r>
    </w:p>
    <w:p w14:paraId="3F19DA28" w14:textId="77777777" w:rsidR="00C937A9" w:rsidRDefault="00D02F34">
      <w:pPr>
        <w:pStyle w:val="SourceNote"/>
        <w:rPr>
          <w:lang w:eastAsia="ja-JP"/>
        </w:rPr>
      </w:pPr>
      <w:r>
        <w:rPr>
          <w:lang w:eastAsia="ja-JP"/>
        </w:rPr>
        <w:t>出典：</w:t>
      </w:r>
      <w:r>
        <w:rPr>
          <w:lang w:eastAsia="ja-JP"/>
        </w:rPr>
        <w:t>8/29</w:t>
      </w:r>
      <w:r>
        <w:rPr>
          <w:lang w:eastAsia="ja-JP"/>
        </w:rPr>
        <w:t>意見交換メモ／読後アンケート／</w:t>
      </w:r>
      <w:r>
        <w:rPr>
          <w:lang w:eastAsia="ja-JP"/>
        </w:rPr>
        <w:t>10/29</w:t>
      </w:r>
      <w:r>
        <w:rPr>
          <w:lang w:eastAsia="ja-JP"/>
        </w:rPr>
        <w:t>防衛省提出資料</w:t>
      </w:r>
    </w:p>
    <w:p w14:paraId="5DD2F670" w14:textId="77777777" w:rsidR="00C937A9" w:rsidRDefault="00D02F34">
      <w:pPr>
        <w:pStyle w:val="1"/>
        <w:spacing w:before="180" w:after="80"/>
        <w:rPr>
          <w:lang w:eastAsia="ja-JP"/>
        </w:rPr>
      </w:pPr>
      <w:r>
        <w:rPr>
          <w:lang w:eastAsia="ja-JP"/>
        </w:rPr>
        <w:t>7</w:t>
      </w:r>
      <w:r>
        <w:rPr>
          <w:lang w:eastAsia="ja-JP"/>
        </w:rPr>
        <w:t>．なぜ小学校を最初の配布対象にしたのか</w:t>
      </w:r>
    </w:p>
    <w:p w14:paraId="01451297" w14:textId="77777777" w:rsidR="00C937A9" w:rsidRDefault="00D02F34">
      <w:pPr>
        <w:pStyle w:val="Question"/>
        <w:keepNext/>
        <w:rPr>
          <w:lang w:eastAsia="ja-JP"/>
        </w:rPr>
      </w:pPr>
      <w:r>
        <w:rPr>
          <w:lang w:eastAsia="ja-JP"/>
        </w:rPr>
        <w:t>質問の趣旨：</w:t>
      </w:r>
      <w:r>
        <w:rPr>
          <w:lang w:eastAsia="ja-JP"/>
        </w:rPr>
        <w:t>対象年齢が小学校高学年から高校生であるにもかかわらず、なぜ最初の学校配布を小学校にしたのか。発達段階に照らした検討はしたのか。</w:t>
      </w:r>
    </w:p>
    <w:tbl>
      <w:tblPr>
        <w:tblStyle w:val="afe"/>
        <w:tblW w:w="0" w:type="auto"/>
        <w:tblLayout w:type="fixed"/>
        <w:tblLook w:val="04A0" w:firstRow="1" w:lastRow="0" w:firstColumn="1" w:lastColumn="0" w:noHBand="0" w:noVBand="1"/>
      </w:tblPr>
      <w:tblGrid>
        <w:gridCol w:w="1587"/>
        <w:gridCol w:w="8503"/>
      </w:tblGrid>
      <w:tr w:rsidR="00C937A9" w14:paraId="230C4292" w14:textId="77777777">
        <w:trPr>
          <w:cantSplit/>
          <w:tblHeader/>
        </w:trPr>
        <w:tc>
          <w:tcPr>
            <w:tcW w:w="1587" w:type="dxa"/>
            <w:shd w:val="clear" w:color="auto" w:fill="D9EAF7"/>
            <w:vAlign w:val="center"/>
          </w:tcPr>
          <w:p w14:paraId="51E6CD8C" w14:textId="77777777" w:rsidR="00C937A9" w:rsidRDefault="00D02F34">
            <w:proofErr w:type="spellStart"/>
            <w:r>
              <w:rPr>
                <w:b/>
                <w:sz w:val="16"/>
              </w:rPr>
              <w:t>時点・資料</w:t>
            </w:r>
            <w:proofErr w:type="spellEnd"/>
          </w:p>
        </w:tc>
        <w:tc>
          <w:tcPr>
            <w:tcW w:w="8503" w:type="dxa"/>
            <w:shd w:val="clear" w:color="auto" w:fill="D9EAF7"/>
            <w:vAlign w:val="center"/>
          </w:tcPr>
          <w:p w14:paraId="1E685186" w14:textId="77777777" w:rsidR="00C937A9" w:rsidRDefault="00D02F34">
            <w:pPr>
              <w:rPr>
                <w:lang w:eastAsia="ja-JP"/>
              </w:rPr>
            </w:pPr>
            <w:r>
              <w:rPr>
                <w:b/>
                <w:sz w:val="17"/>
                <w:lang w:eastAsia="ja-JP"/>
              </w:rPr>
              <w:t>回答・確認できた内容</w:t>
            </w:r>
          </w:p>
        </w:tc>
      </w:tr>
      <w:tr w:rsidR="00C937A9" w14:paraId="0D4599AE" w14:textId="77777777">
        <w:trPr>
          <w:cantSplit/>
        </w:trPr>
        <w:tc>
          <w:tcPr>
            <w:tcW w:w="1587" w:type="dxa"/>
            <w:tcMar>
              <w:top w:w="90" w:type="dxa"/>
              <w:left w:w="100" w:type="dxa"/>
              <w:bottom w:w="90" w:type="dxa"/>
              <w:right w:w="100" w:type="dxa"/>
            </w:tcMar>
          </w:tcPr>
          <w:p w14:paraId="28629A0E" w14:textId="77777777" w:rsidR="00C937A9" w:rsidRDefault="00D02F34">
            <w:r>
              <w:rPr>
                <w:sz w:val="16"/>
              </w:rPr>
              <w:t xml:space="preserve">2025/9/25 </w:t>
            </w:r>
            <w:r>
              <w:rPr>
                <w:sz w:val="16"/>
              </w:rPr>
              <w:t>防衛省</w:t>
            </w:r>
          </w:p>
        </w:tc>
        <w:tc>
          <w:tcPr>
            <w:tcW w:w="8503" w:type="dxa"/>
            <w:tcMar>
              <w:top w:w="90" w:type="dxa"/>
              <w:left w:w="100" w:type="dxa"/>
              <w:bottom w:w="90" w:type="dxa"/>
              <w:right w:w="100" w:type="dxa"/>
            </w:tcMar>
          </w:tcPr>
          <w:p w14:paraId="69BCDBB5" w14:textId="77777777" w:rsidR="00C937A9" w:rsidRDefault="00D02F34">
            <w:pPr>
              <w:rPr>
                <w:lang w:eastAsia="ja-JP"/>
              </w:rPr>
            </w:pPr>
            <w:r>
              <w:rPr>
                <w:sz w:val="17"/>
                <w:lang w:eastAsia="ja-JP"/>
              </w:rPr>
              <w:t>主な対象は小学校高学年から高校生。若い世代向けキッズサイトに掲載してきたものを、まず初めての試みとして、小学生が手に取って読めるよう</w:t>
            </w:r>
            <w:r>
              <w:rPr>
                <w:sz w:val="17"/>
                <w:lang w:eastAsia="ja-JP"/>
              </w:rPr>
              <w:t>2024</w:t>
            </w:r>
            <w:r>
              <w:rPr>
                <w:sz w:val="17"/>
                <w:lang w:eastAsia="ja-JP"/>
              </w:rPr>
              <w:t>年度から冊子として配布したと説明。</w:t>
            </w:r>
          </w:p>
        </w:tc>
      </w:tr>
      <w:tr w:rsidR="00C937A9" w14:paraId="107F14CE" w14:textId="77777777">
        <w:trPr>
          <w:cantSplit/>
        </w:trPr>
        <w:tc>
          <w:tcPr>
            <w:tcW w:w="1587" w:type="dxa"/>
            <w:tcMar>
              <w:top w:w="90" w:type="dxa"/>
              <w:left w:w="100" w:type="dxa"/>
              <w:bottom w:w="90" w:type="dxa"/>
              <w:right w:w="100" w:type="dxa"/>
            </w:tcMar>
          </w:tcPr>
          <w:p w14:paraId="42256368" w14:textId="77777777" w:rsidR="00C937A9" w:rsidRDefault="00D02F34">
            <w:r>
              <w:rPr>
                <w:sz w:val="16"/>
              </w:rPr>
              <w:t xml:space="preserve">2025/10/29 </w:t>
            </w:r>
            <w:r>
              <w:rPr>
                <w:sz w:val="16"/>
              </w:rPr>
              <w:t>防衛省</w:t>
            </w:r>
          </w:p>
        </w:tc>
        <w:tc>
          <w:tcPr>
            <w:tcW w:w="8503" w:type="dxa"/>
            <w:tcMar>
              <w:top w:w="90" w:type="dxa"/>
              <w:left w:w="100" w:type="dxa"/>
              <w:bottom w:w="90" w:type="dxa"/>
              <w:right w:w="100" w:type="dxa"/>
            </w:tcMar>
          </w:tcPr>
          <w:p w14:paraId="2F63534A" w14:textId="77777777" w:rsidR="00C937A9" w:rsidRDefault="00D02F34">
            <w:pPr>
              <w:rPr>
                <w:lang w:eastAsia="ja-JP"/>
              </w:rPr>
            </w:pPr>
            <w:r>
              <w:rPr>
                <w:sz w:val="17"/>
                <w:lang w:eastAsia="ja-JP"/>
              </w:rPr>
              <w:t>小学校高学年でも理解できる内容か等、今後の作成・配布の資とするため「試行的に小学校へ配布」したと回答。各小学校への配布前に文科省には確認したが、教育関係者や有識者の意見は聴取していない。</w:t>
            </w:r>
          </w:p>
        </w:tc>
      </w:tr>
    </w:tbl>
    <w:p w14:paraId="764DCAEB" w14:textId="77777777" w:rsidR="00C937A9" w:rsidRDefault="00C937A9">
      <w:pPr>
        <w:spacing w:after="60" w:line="252" w:lineRule="auto"/>
        <w:rPr>
          <w:lang w:eastAsia="ja-JP"/>
        </w:rPr>
      </w:pPr>
    </w:p>
    <w:p w14:paraId="216EA065" w14:textId="77777777" w:rsidR="00C937A9" w:rsidRDefault="00D02F34">
      <w:pPr>
        <w:pStyle w:val="SummaryBox"/>
        <w:keepNext/>
        <w:rPr>
          <w:lang w:eastAsia="ja-JP"/>
        </w:rPr>
      </w:pPr>
      <w:r>
        <w:rPr>
          <w:lang w:eastAsia="ja-JP"/>
        </w:rPr>
        <w:t>現時点で分かったこと：</w:t>
      </w:r>
      <w:r>
        <w:rPr>
          <w:lang w:eastAsia="ja-JP"/>
        </w:rPr>
        <w:t>小学校への配布は「試行的」と位置付けられていた。配布前に教育関係者・有識者の意見は聴取していない。</w:t>
      </w:r>
    </w:p>
    <w:p w14:paraId="2C0C0275" w14:textId="77777777" w:rsidR="00C937A9" w:rsidRDefault="00D02F34">
      <w:pPr>
        <w:spacing w:after="60" w:line="252" w:lineRule="auto"/>
        <w:rPr>
          <w:lang w:eastAsia="ja-JP"/>
        </w:rPr>
      </w:pPr>
      <w:r>
        <w:rPr>
          <w:b/>
          <w:color w:val="C00000"/>
          <w:lang w:eastAsia="ja-JP"/>
        </w:rPr>
        <w:t>なお未回答・要確認：</w:t>
      </w:r>
      <w:r>
        <w:rPr>
          <w:lang w:eastAsia="ja-JP"/>
        </w:rPr>
        <w:t>発達段階・教育的適切性をどのような基準で検討したのかを示す資料。</w:t>
      </w:r>
    </w:p>
    <w:p w14:paraId="63C70C15" w14:textId="77777777" w:rsidR="00C937A9" w:rsidRDefault="00D02F34">
      <w:pPr>
        <w:pStyle w:val="SourceNote"/>
      </w:pPr>
      <w:r>
        <w:t>出典：</w:t>
      </w:r>
      <w:r>
        <w:t>9/25</w:t>
      </w:r>
      <w:r>
        <w:t>防衛省提出資料／</w:t>
      </w:r>
      <w:r>
        <w:t>10/29</w:t>
      </w:r>
      <w:r>
        <w:t>防衛省提出資料</w:t>
      </w:r>
    </w:p>
    <w:p w14:paraId="662769B4" w14:textId="77777777" w:rsidR="00C937A9" w:rsidRDefault="00D02F34">
      <w:pPr>
        <w:pStyle w:val="1"/>
        <w:spacing w:before="180" w:after="80"/>
        <w:rPr>
          <w:lang w:eastAsia="ja-JP"/>
        </w:rPr>
      </w:pPr>
      <w:r>
        <w:rPr>
          <w:lang w:eastAsia="ja-JP"/>
        </w:rPr>
        <w:lastRenderedPageBreak/>
        <w:t>8</w:t>
      </w:r>
      <w:r>
        <w:rPr>
          <w:lang w:eastAsia="ja-JP"/>
        </w:rPr>
        <w:t>．冊子の作成主体と改訂過程</w:t>
      </w:r>
    </w:p>
    <w:p w14:paraId="110F03B2" w14:textId="77777777" w:rsidR="00C937A9" w:rsidRDefault="00D02F34">
      <w:pPr>
        <w:pStyle w:val="Question"/>
        <w:keepNext/>
        <w:rPr>
          <w:lang w:eastAsia="ja-JP"/>
        </w:rPr>
      </w:pPr>
      <w:r>
        <w:rPr>
          <w:lang w:eastAsia="ja-JP"/>
        </w:rPr>
        <w:t>質問の趣旨：</w:t>
      </w:r>
      <w:r>
        <w:rPr>
          <w:lang w:eastAsia="ja-JP"/>
        </w:rPr>
        <w:t>誰が作成しているのか。年度ごとの改訂は誰がどのように検討し、外部有識者の意見はどのように反映しているのか。</w:t>
      </w:r>
    </w:p>
    <w:tbl>
      <w:tblPr>
        <w:tblStyle w:val="afe"/>
        <w:tblW w:w="0" w:type="auto"/>
        <w:tblLayout w:type="fixed"/>
        <w:tblLook w:val="04A0" w:firstRow="1" w:lastRow="0" w:firstColumn="1" w:lastColumn="0" w:noHBand="0" w:noVBand="1"/>
      </w:tblPr>
      <w:tblGrid>
        <w:gridCol w:w="1587"/>
        <w:gridCol w:w="8503"/>
      </w:tblGrid>
      <w:tr w:rsidR="00C937A9" w14:paraId="32A31BC7" w14:textId="77777777">
        <w:trPr>
          <w:cantSplit/>
          <w:tblHeader/>
        </w:trPr>
        <w:tc>
          <w:tcPr>
            <w:tcW w:w="1587" w:type="dxa"/>
            <w:shd w:val="clear" w:color="auto" w:fill="D9EAF7"/>
            <w:vAlign w:val="center"/>
          </w:tcPr>
          <w:p w14:paraId="080D8D53" w14:textId="77777777" w:rsidR="00C937A9" w:rsidRDefault="00D02F34">
            <w:proofErr w:type="spellStart"/>
            <w:r>
              <w:rPr>
                <w:b/>
                <w:sz w:val="16"/>
              </w:rPr>
              <w:t>時点・資料</w:t>
            </w:r>
            <w:proofErr w:type="spellEnd"/>
          </w:p>
        </w:tc>
        <w:tc>
          <w:tcPr>
            <w:tcW w:w="8503" w:type="dxa"/>
            <w:shd w:val="clear" w:color="auto" w:fill="D9EAF7"/>
            <w:vAlign w:val="center"/>
          </w:tcPr>
          <w:p w14:paraId="0AF34B79" w14:textId="77777777" w:rsidR="00C937A9" w:rsidRDefault="00D02F34">
            <w:pPr>
              <w:rPr>
                <w:lang w:eastAsia="ja-JP"/>
              </w:rPr>
            </w:pPr>
            <w:r>
              <w:rPr>
                <w:b/>
                <w:sz w:val="17"/>
                <w:lang w:eastAsia="ja-JP"/>
              </w:rPr>
              <w:t>回答・確認できた内容</w:t>
            </w:r>
          </w:p>
        </w:tc>
      </w:tr>
      <w:tr w:rsidR="00C937A9" w14:paraId="0A070DA5" w14:textId="77777777">
        <w:trPr>
          <w:cantSplit/>
        </w:trPr>
        <w:tc>
          <w:tcPr>
            <w:tcW w:w="1587" w:type="dxa"/>
            <w:tcMar>
              <w:top w:w="90" w:type="dxa"/>
              <w:left w:w="100" w:type="dxa"/>
              <w:bottom w:w="90" w:type="dxa"/>
              <w:right w:w="100" w:type="dxa"/>
            </w:tcMar>
          </w:tcPr>
          <w:p w14:paraId="366D6B53" w14:textId="77777777" w:rsidR="00C937A9" w:rsidRDefault="00D02F34">
            <w:r>
              <w:rPr>
                <w:sz w:val="16"/>
              </w:rPr>
              <w:t xml:space="preserve">2025/8/29 </w:t>
            </w:r>
            <w:proofErr w:type="spellStart"/>
            <w:r>
              <w:rPr>
                <w:sz w:val="16"/>
              </w:rPr>
              <w:t>意見交換</w:t>
            </w:r>
            <w:proofErr w:type="spellEnd"/>
          </w:p>
        </w:tc>
        <w:tc>
          <w:tcPr>
            <w:tcW w:w="8503" w:type="dxa"/>
            <w:tcMar>
              <w:top w:w="90" w:type="dxa"/>
              <w:left w:w="100" w:type="dxa"/>
              <w:bottom w:w="90" w:type="dxa"/>
              <w:right w:w="100" w:type="dxa"/>
            </w:tcMar>
          </w:tcPr>
          <w:p w14:paraId="1EBB1450" w14:textId="77777777" w:rsidR="00C937A9" w:rsidRDefault="00D02F34">
            <w:pPr>
              <w:rPr>
                <w:lang w:eastAsia="ja-JP"/>
              </w:rPr>
            </w:pPr>
            <w:r>
              <w:rPr>
                <w:sz w:val="17"/>
                <w:lang w:eastAsia="ja-JP"/>
              </w:rPr>
              <w:t>作成は防衛省広報課と回答。内容変更の意図については明確な回答を示さなかった。</w:t>
            </w:r>
          </w:p>
        </w:tc>
      </w:tr>
      <w:tr w:rsidR="00C937A9" w14:paraId="4DF6C639" w14:textId="77777777">
        <w:trPr>
          <w:cantSplit/>
        </w:trPr>
        <w:tc>
          <w:tcPr>
            <w:tcW w:w="1587" w:type="dxa"/>
            <w:tcMar>
              <w:top w:w="90" w:type="dxa"/>
              <w:left w:w="100" w:type="dxa"/>
              <w:bottom w:w="90" w:type="dxa"/>
              <w:right w:w="100" w:type="dxa"/>
            </w:tcMar>
          </w:tcPr>
          <w:p w14:paraId="4BA3187B" w14:textId="77777777" w:rsidR="00C937A9" w:rsidRDefault="00D02F34">
            <w:r>
              <w:rPr>
                <w:sz w:val="16"/>
              </w:rPr>
              <w:t xml:space="preserve">2025/9/25 </w:t>
            </w:r>
            <w:r>
              <w:rPr>
                <w:sz w:val="16"/>
              </w:rPr>
              <w:t>防衛省</w:t>
            </w:r>
          </w:p>
        </w:tc>
        <w:tc>
          <w:tcPr>
            <w:tcW w:w="8503" w:type="dxa"/>
            <w:tcMar>
              <w:top w:w="90" w:type="dxa"/>
              <w:left w:w="100" w:type="dxa"/>
              <w:bottom w:w="90" w:type="dxa"/>
              <w:right w:w="100" w:type="dxa"/>
            </w:tcMar>
          </w:tcPr>
          <w:p w14:paraId="4AEF0099" w14:textId="77777777" w:rsidR="00C937A9" w:rsidRDefault="00D02F34">
            <w:pPr>
              <w:rPr>
                <w:lang w:eastAsia="ja-JP"/>
              </w:rPr>
            </w:pPr>
            <w:r>
              <w:rPr>
                <w:sz w:val="17"/>
                <w:lang w:eastAsia="ja-JP"/>
              </w:rPr>
              <w:t>大臣官房広報課防衛白書事務室が作成を担当していると回答。</w:t>
            </w:r>
            <w:r>
              <w:rPr>
                <w:sz w:val="17"/>
                <w:lang w:eastAsia="ja-JP"/>
              </w:rPr>
              <w:t>2024</w:t>
            </w:r>
            <w:r>
              <w:rPr>
                <w:sz w:val="17"/>
                <w:lang w:eastAsia="ja-JP"/>
              </w:rPr>
              <w:t>年度版から裏表紙の担当課・室名表記を「防衛省・自衛隊」に変更したのは、防衛白書と表記を合わせるためと説明。</w:t>
            </w:r>
          </w:p>
        </w:tc>
      </w:tr>
      <w:tr w:rsidR="00C937A9" w14:paraId="610A7D77" w14:textId="77777777">
        <w:trPr>
          <w:cantSplit/>
        </w:trPr>
        <w:tc>
          <w:tcPr>
            <w:tcW w:w="1587" w:type="dxa"/>
            <w:tcMar>
              <w:top w:w="90" w:type="dxa"/>
              <w:left w:w="100" w:type="dxa"/>
              <w:bottom w:w="90" w:type="dxa"/>
              <w:right w:w="100" w:type="dxa"/>
            </w:tcMar>
          </w:tcPr>
          <w:p w14:paraId="0F1F4DFB" w14:textId="77777777" w:rsidR="00C937A9" w:rsidRDefault="00D02F34">
            <w:r>
              <w:rPr>
                <w:sz w:val="16"/>
              </w:rPr>
              <w:t xml:space="preserve">2025/10/29 </w:t>
            </w:r>
            <w:r>
              <w:rPr>
                <w:sz w:val="16"/>
              </w:rPr>
              <w:t>防衛省</w:t>
            </w:r>
          </w:p>
        </w:tc>
        <w:tc>
          <w:tcPr>
            <w:tcW w:w="8503" w:type="dxa"/>
            <w:tcMar>
              <w:top w:w="90" w:type="dxa"/>
              <w:left w:w="100" w:type="dxa"/>
              <w:bottom w:w="90" w:type="dxa"/>
              <w:right w:w="100" w:type="dxa"/>
            </w:tcMar>
          </w:tcPr>
          <w:p w14:paraId="3EFF3E6C" w14:textId="77777777" w:rsidR="00C937A9" w:rsidRDefault="00D02F34">
            <w:pPr>
              <w:rPr>
                <w:lang w:eastAsia="ja-JP"/>
              </w:rPr>
            </w:pPr>
            <w:r>
              <w:rPr>
                <w:sz w:val="17"/>
                <w:lang w:eastAsia="ja-JP"/>
              </w:rPr>
              <w:t>広報課内部の検討に加え、省内関係課との調整、外部有識者からの意見聴取を行っており、「これらの結果等が記載されている文書を保有している」と回答。</w:t>
            </w:r>
          </w:p>
        </w:tc>
      </w:tr>
    </w:tbl>
    <w:p w14:paraId="6A7C1BF7" w14:textId="77777777" w:rsidR="00C937A9" w:rsidRDefault="00C937A9">
      <w:pPr>
        <w:spacing w:after="60" w:line="252" w:lineRule="auto"/>
        <w:rPr>
          <w:lang w:eastAsia="ja-JP"/>
        </w:rPr>
      </w:pPr>
    </w:p>
    <w:p w14:paraId="3649B57D" w14:textId="77777777" w:rsidR="00C937A9" w:rsidRDefault="00D02F34">
      <w:pPr>
        <w:pStyle w:val="SummaryBox"/>
        <w:keepNext/>
        <w:rPr>
          <w:lang w:eastAsia="ja-JP"/>
        </w:rPr>
      </w:pPr>
      <w:r>
        <w:rPr>
          <w:lang w:eastAsia="ja-JP"/>
        </w:rPr>
        <w:t>現時点で分かったこと：</w:t>
      </w:r>
      <w:r>
        <w:rPr>
          <w:lang w:eastAsia="ja-JP"/>
        </w:rPr>
        <w:t>作成主体は大臣官房広報課防衛白書事務室。内部検討、省内調整、外部有識者からの意見聴取を行い、その結果を記載した文書を保有していることが後に明らかになった。</w:t>
      </w:r>
    </w:p>
    <w:p w14:paraId="44C43F52" w14:textId="77777777" w:rsidR="00C937A9" w:rsidRDefault="00D02F34">
      <w:pPr>
        <w:spacing w:after="60" w:line="252" w:lineRule="auto"/>
        <w:rPr>
          <w:lang w:eastAsia="ja-JP"/>
        </w:rPr>
      </w:pPr>
      <w:r>
        <w:rPr>
          <w:b/>
          <w:color w:val="C00000"/>
          <w:lang w:eastAsia="ja-JP"/>
        </w:rPr>
        <w:t>なお未回答・要確認：</w:t>
      </w:r>
      <w:r>
        <w:rPr>
          <w:lang w:eastAsia="ja-JP"/>
        </w:rPr>
        <w:t>保有している検討文書・有識者意見の具体的内容と開示範囲。</w:t>
      </w:r>
    </w:p>
    <w:p w14:paraId="37BE0E7F" w14:textId="77777777" w:rsidR="00C937A9" w:rsidRDefault="00D02F34">
      <w:pPr>
        <w:pStyle w:val="SourceNote"/>
        <w:rPr>
          <w:lang w:eastAsia="ja-JP"/>
        </w:rPr>
      </w:pPr>
      <w:r>
        <w:rPr>
          <w:lang w:eastAsia="ja-JP"/>
        </w:rPr>
        <w:t>出典：</w:t>
      </w:r>
      <w:r>
        <w:rPr>
          <w:lang w:eastAsia="ja-JP"/>
        </w:rPr>
        <w:t>8/29</w:t>
      </w:r>
      <w:r>
        <w:rPr>
          <w:lang w:eastAsia="ja-JP"/>
        </w:rPr>
        <w:t>意見交換メモ／</w:t>
      </w:r>
      <w:r>
        <w:rPr>
          <w:lang w:eastAsia="ja-JP"/>
        </w:rPr>
        <w:t>9/25</w:t>
      </w:r>
      <w:r>
        <w:rPr>
          <w:lang w:eastAsia="ja-JP"/>
        </w:rPr>
        <w:t>防衛省提出資料／</w:t>
      </w:r>
      <w:r>
        <w:rPr>
          <w:lang w:eastAsia="ja-JP"/>
        </w:rPr>
        <w:t>10/29</w:t>
      </w:r>
      <w:r>
        <w:rPr>
          <w:lang w:eastAsia="ja-JP"/>
        </w:rPr>
        <w:t>防衛省提出資料</w:t>
      </w:r>
    </w:p>
    <w:p w14:paraId="113EF296" w14:textId="77777777" w:rsidR="00C937A9" w:rsidRDefault="00D02F34">
      <w:pPr>
        <w:pStyle w:val="1"/>
        <w:spacing w:before="180" w:after="80"/>
        <w:rPr>
          <w:lang w:eastAsia="ja-JP"/>
        </w:rPr>
      </w:pPr>
      <w:r>
        <w:rPr>
          <w:lang w:eastAsia="ja-JP"/>
        </w:rPr>
        <w:t>9</w:t>
      </w:r>
      <w:r>
        <w:rPr>
          <w:lang w:eastAsia="ja-JP"/>
        </w:rPr>
        <w:t>．憲法</w:t>
      </w:r>
      <w:r>
        <w:rPr>
          <w:lang w:eastAsia="ja-JP"/>
        </w:rPr>
        <w:t>9</w:t>
      </w:r>
      <w:r>
        <w:rPr>
          <w:lang w:eastAsia="ja-JP"/>
        </w:rPr>
        <w:t>条・専守防衛・非核三原則等の削除・縮小</w:t>
      </w:r>
    </w:p>
    <w:p w14:paraId="36ED0CCE" w14:textId="77777777" w:rsidR="00C937A9" w:rsidRDefault="00D02F34">
      <w:pPr>
        <w:pStyle w:val="Question"/>
        <w:keepNext/>
        <w:rPr>
          <w:lang w:eastAsia="ja-JP"/>
        </w:rPr>
      </w:pPr>
      <w:r>
        <w:rPr>
          <w:lang w:eastAsia="ja-JP"/>
        </w:rPr>
        <w:t>質問の趣旨：</w:t>
      </w:r>
      <w:r>
        <w:rPr>
          <w:lang w:eastAsia="ja-JP"/>
        </w:rPr>
        <w:t>2024</w:t>
      </w:r>
      <w:r>
        <w:rPr>
          <w:lang w:eastAsia="ja-JP"/>
        </w:rPr>
        <w:t>年版・</w:t>
      </w:r>
      <w:r>
        <w:rPr>
          <w:lang w:eastAsia="ja-JP"/>
        </w:rPr>
        <w:t>2025</w:t>
      </w:r>
      <w:r>
        <w:rPr>
          <w:lang w:eastAsia="ja-JP"/>
        </w:rPr>
        <w:t>年版で、憲法</w:t>
      </w:r>
      <w:r>
        <w:rPr>
          <w:lang w:eastAsia="ja-JP"/>
        </w:rPr>
        <w:t>9</w:t>
      </w:r>
      <w:r>
        <w:rPr>
          <w:lang w:eastAsia="ja-JP"/>
        </w:rPr>
        <w:t>条、専守防衛、軍事大国とならないこと、非核三原則、文民統制等の記述が削除・縮小された理由と経緯は何か。</w:t>
      </w:r>
    </w:p>
    <w:tbl>
      <w:tblPr>
        <w:tblStyle w:val="afe"/>
        <w:tblW w:w="0" w:type="auto"/>
        <w:tblLayout w:type="fixed"/>
        <w:tblLook w:val="04A0" w:firstRow="1" w:lastRow="0" w:firstColumn="1" w:lastColumn="0" w:noHBand="0" w:noVBand="1"/>
      </w:tblPr>
      <w:tblGrid>
        <w:gridCol w:w="1587"/>
        <w:gridCol w:w="8503"/>
      </w:tblGrid>
      <w:tr w:rsidR="00C937A9" w14:paraId="1985C53C" w14:textId="77777777">
        <w:trPr>
          <w:cantSplit/>
          <w:tblHeader/>
        </w:trPr>
        <w:tc>
          <w:tcPr>
            <w:tcW w:w="1587" w:type="dxa"/>
            <w:shd w:val="clear" w:color="auto" w:fill="D9EAF7"/>
            <w:vAlign w:val="center"/>
          </w:tcPr>
          <w:p w14:paraId="3F110A09" w14:textId="77777777" w:rsidR="00C937A9" w:rsidRDefault="00D02F34">
            <w:proofErr w:type="spellStart"/>
            <w:r>
              <w:rPr>
                <w:b/>
                <w:sz w:val="16"/>
              </w:rPr>
              <w:t>時点・資料</w:t>
            </w:r>
            <w:proofErr w:type="spellEnd"/>
          </w:p>
        </w:tc>
        <w:tc>
          <w:tcPr>
            <w:tcW w:w="8503" w:type="dxa"/>
            <w:shd w:val="clear" w:color="auto" w:fill="D9EAF7"/>
            <w:vAlign w:val="center"/>
          </w:tcPr>
          <w:p w14:paraId="0BBAD4E3" w14:textId="77777777" w:rsidR="00C937A9" w:rsidRDefault="00D02F34">
            <w:pPr>
              <w:rPr>
                <w:lang w:eastAsia="ja-JP"/>
              </w:rPr>
            </w:pPr>
            <w:r>
              <w:rPr>
                <w:b/>
                <w:sz w:val="17"/>
                <w:lang w:eastAsia="ja-JP"/>
              </w:rPr>
              <w:t>回答・確認できた内容</w:t>
            </w:r>
          </w:p>
        </w:tc>
      </w:tr>
      <w:tr w:rsidR="00C937A9" w14:paraId="1D380874" w14:textId="77777777">
        <w:trPr>
          <w:cantSplit/>
        </w:trPr>
        <w:tc>
          <w:tcPr>
            <w:tcW w:w="1587" w:type="dxa"/>
            <w:tcMar>
              <w:top w:w="90" w:type="dxa"/>
              <w:left w:w="100" w:type="dxa"/>
              <w:bottom w:w="90" w:type="dxa"/>
              <w:right w:w="100" w:type="dxa"/>
            </w:tcMar>
          </w:tcPr>
          <w:p w14:paraId="3BEC4E30" w14:textId="77777777" w:rsidR="00C937A9" w:rsidRDefault="00D02F34">
            <w:r>
              <w:rPr>
                <w:sz w:val="16"/>
              </w:rPr>
              <w:t xml:space="preserve">2025/8/29 </w:t>
            </w:r>
            <w:proofErr w:type="spellStart"/>
            <w:r>
              <w:rPr>
                <w:sz w:val="16"/>
              </w:rPr>
              <w:t>意見交換</w:t>
            </w:r>
            <w:proofErr w:type="spellEnd"/>
          </w:p>
        </w:tc>
        <w:tc>
          <w:tcPr>
            <w:tcW w:w="8503" w:type="dxa"/>
            <w:tcMar>
              <w:top w:w="90" w:type="dxa"/>
              <w:left w:w="100" w:type="dxa"/>
              <w:bottom w:w="90" w:type="dxa"/>
              <w:right w:w="100" w:type="dxa"/>
            </w:tcMar>
          </w:tcPr>
          <w:p w14:paraId="73805489" w14:textId="77777777" w:rsidR="00C937A9" w:rsidRDefault="00D02F34">
            <w:pPr>
              <w:rPr>
                <w:lang w:eastAsia="ja-JP"/>
              </w:rPr>
            </w:pPr>
            <w:r>
              <w:rPr>
                <w:sz w:val="17"/>
                <w:lang w:eastAsia="ja-JP"/>
              </w:rPr>
              <w:t>憲法</w:t>
            </w:r>
            <w:r>
              <w:rPr>
                <w:sz w:val="17"/>
                <w:lang w:eastAsia="ja-JP"/>
              </w:rPr>
              <w:t>9</w:t>
            </w:r>
            <w:r>
              <w:rPr>
                <w:sz w:val="17"/>
                <w:lang w:eastAsia="ja-JP"/>
              </w:rPr>
              <w:t>条などの掲載がなくなった理由について「今お答えできる回答を用意していない」。内容変更の意図についても「明確に答えることはできない」とした。</w:t>
            </w:r>
          </w:p>
        </w:tc>
      </w:tr>
      <w:tr w:rsidR="00C937A9" w14:paraId="20D845F0" w14:textId="77777777">
        <w:trPr>
          <w:cantSplit/>
        </w:trPr>
        <w:tc>
          <w:tcPr>
            <w:tcW w:w="1587" w:type="dxa"/>
            <w:tcMar>
              <w:top w:w="90" w:type="dxa"/>
              <w:left w:w="100" w:type="dxa"/>
              <w:bottom w:w="90" w:type="dxa"/>
              <w:right w:w="100" w:type="dxa"/>
            </w:tcMar>
          </w:tcPr>
          <w:p w14:paraId="09A90736" w14:textId="77777777" w:rsidR="00C937A9" w:rsidRDefault="00D02F34">
            <w:r>
              <w:rPr>
                <w:sz w:val="16"/>
              </w:rPr>
              <w:t xml:space="preserve">2025/9/25 </w:t>
            </w:r>
            <w:r>
              <w:rPr>
                <w:sz w:val="16"/>
              </w:rPr>
              <w:t>防衛省・</w:t>
            </w:r>
            <w:r>
              <w:rPr>
                <w:sz w:val="16"/>
              </w:rPr>
              <w:t>2024</w:t>
            </w:r>
            <w:r>
              <w:rPr>
                <w:sz w:val="16"/>
              </w:rPr>
              <w:t>年版</w:t>
            </w:r>
          </w:p>
        </w:tc>
        <w:tc>
          <w:tcPr>
            <w:tcW w:w="8503" w:type="dxa"/>
            <w:tcMar>
              <w:top w:w="90" w:type="dxa"/>
              <w:left w:w="100" w:type="dxa"/>
              <w:bottom w:w="90" w:type="dxa"/>
              <w:right w:w="100" w:type="dxa"/>
            </w:tcMar>
          </w:tcPr>
          <w:p w14:paraId="34865785" w14:textId="77777777" w:rsidR="00C937A9" w:rsidRDefault="00D02F34">
            <w:pPr>
              <w:rPr>
                <w:lang w:eastAsia="ja-JP"/>
              </w:rPr>
            </w:pPr>
            <w:r>
              <w:rPr>
                <w:sz w:val="17"/>
                <w:lang w:eastAsia="ja-JP"/>
              </w:rPr>
              <w:t>2024</w:t>
            </w:r>
            <w:r>
              <w:rPr>
                <w:sz w:val="17"/>
                <w:lang w:eastAsia="ja-JP"/>
              </w:rPr>
              <w:t>年版の変更は、小学校高学年から高校生向けに分かりやすく解説し理解を得る観点から、年度ごとに検討した結果と回答。国家防衛戦略には専守防衛、軍事大国とならない、文民統制、非核三原則を堅持する旨が明記されているとも説明。</w:t>
            </w:r>
          </w:p>
        </w:tc>
      </w:tr>
      <w:tr w:rsidR="00C937A9" w14:paraId="1B943C4E" w14:textId="77777777">
        <w:trPr>
          <w:cantSplit/>
        </w:trPr>
        <w:tc>
          <w:tcPr>
            <w:tcW w:w="1587" w:type="dxa"/>
            <w:tcMar>
              <w:top w:w="90" w:type="dxa"/>
              <w:left w:w="100" w:type="dxa"/>
              <w:bottom w:w="90" w:type="dxa"/>
              <w:right w:w="100" w:type="dxa"/>
            </w:tcMar>
          </w:tcPr>
          <w:p w14:paraId="23FFB9A4" w14:textId="77777777" w:rsidR="00C937A9" w:rsidRDefault="00D02F34">
            <w:r>
              <w:rPr>
                <w:sz w:val="16"/>
              </w:rPr>
              <w:t xml:space="preserve">2025/9/25 </w:t>
            </w:r>
            <w:r>
              <w:rPr>
                <w:sz w:val="16"/>
              </w:rPr>
              <w:t>防衛省・</w:t>
            </w:r>
            <w:r>
              <w:rPr>
                <w:sz w:val="16"/>
              </w:rPr>
              <w:t>2025</w:t>
            </w:r>
            <w:r>
              <w:rPr>
                <w:sz w:val="16"/>
              </w:rPr>
              <w:t>年版</w:t>
            </w:r>
          </w:p>
        </w:tc>
        <w:tc>
          <w:tcPr>
            <w:tcW w:w="8503" w:type="dxa"/>
            <w:tcMar>
              <w:top w:w="90" w:type="dxa"/>
              <w:left w:w="100" w:type="dxa"/>
              <w:bottom w:w="90" w:type="dxa"/>
              <w:right w:w="100" w:type="dxa"/>
            </w:tcMar>
          </w:tcPr>
          <w:p w14:paraId="24819DEC" w14:textId="77777777" w:rsidR="00C937A9" w:rsidRDefault="00D02F34">
            <w:pPr>
              <w:rPr>
                <w:lang w:eastAsia="ja-JP"/>
              </w:rPr>
            </w:pPr>
            <w:r>
              <w:rPr>
                <w:sz w:val="17"/>
                <w:lang w:eastAsia="ja-JP"/>
              </w:rPr>
              <w:t>2025</w:t>
            </w:r>
            <w:r>
              <w:rPr>
                <w:sz w:val="17"/>
                <w:lang w:eastAsia="ja-JP"/>
              </w:rPr>
              <w:t>年版は、年次報告書たる「防衛白書」としての位置付けから離れ、より小中高生に防衛省・自衛隊そのものへの関心を持ってもらうことを主眼とした構成・内容にしたと回答。</w:t>
            </w:r>
          </w:p>
        </w:tc>
      </w:tr>
      <w:tr w:rsidR="00C937A9" w14:paraId="13B07AEB" w14:textId="77777777">
        <w:trPr>
          <w:cantSplit/>
        </w:trPr>
        <w:tc>
          <w:tcPr>
            <w:tcW w:w="1587" w:type="dxa"/>
            <w:tcMar>
              <w:top w:w="90" w:type="dxa"/>
              <w:left w:w="100" w:type="dxa"/>
              <w:bottom w:w="90" w:type="dxa"/>
              <w:right w:w="100" w:type="dxa"/>
            </w:tcMar>
          </w:tcPr>
          <w:p w14:paraId="20DA4073" w14:textId="77777777" w:rsidR="00C937A9" w:rsidRDefault="00D02F34">
            <w:r>
              <w:rPr>
                <w:sz w:val="16"/>
              </w:rPr>
              <w:t xml:space="preserve">2025/10/29 </w:t>
            </w:r>
            <w:r>
              <w:rPr>
                <w:sz w:val="16"/>
              </w:rPr>
              <w:t>防衛省</w:t>
            </w:r>
          </w:p>
        </w:tc>
        <w:tc>
          <w:tcPr>
            <w:tcW w:w="8503" w:type="dxa"/>
            <w:tcMar>
              <w:top w:w="90" w:type="dxa"/>
              <w:left w:w="100" w:type="dxa"/>
              <w:bottom w:w="90" w:type="dxa"/>
              <w:right w:w="100" w:type="dxa"/>
            </w:tcMar>
          </w:tcPr>
          <w:p w14:paraId="6FE73385" w14:textId="77777777" w:rsidR="00C937A9" w:rsidRDefault="00D02F34">
            <w:pPr>
              <w:rPr>
                <w:lang w:eastAsia="ja-JP"/>
              </w:rPr>
            </w:pPr>
            <w:r>
              <w:rPr>
                <w:sz w:val="17"/>
                <w:lang w:eastAsia="ja-JP"/>
              </w:rPr>
              <w:t>改編に関し、広報課内部、省内関係課、外部有識者との検討結果等を記載した文書を保有していると回答。</w:t>
            </w:r>
          </w:p>
        </w:tc>
      </w:tr>
    </w:tbl>
    <w:p w14:paraId="746837C0" w14:textId="77777777" w:rsidR="00C937A9" w:rsidRDefault="00C937A9">
      <w:pPr>
        <w:spacing w:after="60" w:line="252" w:lineRule="auto"/>
        <w:rPr>
          <w:lang w:eastAsia="ja-JP"/>
        </w:rPr>
      </w:pPr>
    </w:p>
    <w:p w14:paraId="5D2FAB4C" w14:textId="77777777" w:rsidR="00C937A9" w:rsidRDefault="00D02F34">
      <w:pPr>
        <w:pStyle w:val="SummaryBox"/>
        <w:keepNext/>
        <w:rPr>
          <w:lang w:eastAsia="ja-JP"/>
        </w:rPr>
      </w:pPr>
      <w:r>
        <w:rPr>
          <w:lang w:eastAsia="ja-JP"/>
        </w:rPr>
        <w:t>現時点で分かったこと：</w:t>
      </w:r>
      <w:r>
        <w:rPr>
          <w:lang w:eastAsia="ja-JP"/>
        </w:rPr>
        <w:t>削除・縮小の具体的な個別理由はなお十分説明されていないが、</w:t>
      </w:r>
      <w:r>
        <w:rPr>
          <w:lang w:eastAsia="ja-JP"/>
        </w:rPr>
        <w:t>2025</w:t>
      </w:r>
      <w:r>
        <w:rPr>
          <w:lang w:eastAsia="ja-JP"/>
        </w:rPr>
        <w:t>年版では冊子の性格自体を「防衛白書」から離し、防衛省・自衛隊への関心喚起を主眼にしたという説明が示された。改訂過程を記録した文書は存在する。</w:t>
      </w:r>
    </w:p>
    <w:p w14:paraId="08CB67D7" w14:textId="77777777" w:rsidR="00C937A9" w:rsidRDefault="00D02F34">
      <w:pPr>
        <w:spacing w:after="60" w:line="252" w:lineRule="auto"/>
        <w:rPr>
          <w:lang w:eastAsia="ja-JP"/>
        </w:rPr>
      </w:pPr>
      <w:r>
        <w:rPr>
          <w:b/>
          <w:color w:val="C00000"/>
          <w:lang w:eastAsia="ja-JP"/>
        </w:rPr>
        <w:t>なお未回答・要確認：</w:t>
      </w:r>
      <w:r>
        <w:rPr>
          <w:lang w:eastAsia="ja-JP"/>
        </w:rPr>
        <w:t>どの部署・誰の意見で各記述を削除・縮小したのか。保有文書の開示。</w:t>
      </w:r>
    </w:p>
    <w:p w14:paraId="7E5B65CA" w14:textId="77777777" w:rsidR="00C937A9" w:rsidRDefault="00D02F34">
      <w:pPr>
        <w:pStyle w:val="SourceNote"/>
        <w:rPr>
          <w:lang w:eastAsia="ja-JP"/>
        </w:rPr>
      </w:pPr>
      <w:r>
        <w:rPr>
          <w:lang w:eastAsia="ja-JP"/>
        </w:rPr>
        <w:t>出典：</w:t>
      </w:r>
      <w:r>
        <w:rPr>
          <w:lang w:eastAsia="ja-JP"/>
        </w:rPr>
        <w:t>8/29</w:t>
      </w:r>
      <w:r>
        <w:rPr>
          <w:lang w:eastAsia="ja-JP"/>
        </w:rPr>
        <w:t>意見交換メモ／</w:t>
      </w:r>
      <w:r>
        <w:rPr>
          <w:lang w:eastAsia="ja-JP"/>
        </w:rPr>
        <w:t>9/25</w:t>
      </w:r>
      <w:r>
        <w:rPr>
          <w:lang w:eastAsia="ja-JP"/>
        </w:rPr>
        <w:t>防衛省提出資料／</w:t>
      </w:r>
      <w:r>
        <w:rPr>
          <w:lang w:eastAsia="ja-JP"/>
        </w:rPr>
        <w:t>10/29</w:t>
      </w:r>
      <w:r>
        <w:rPr>
          <w:lang w:eastAsia="ja-JP"/>
        </w:rPr>
        <w:t>防衛省提出資料</w:t>
      </w:r>
    </w:p>
    <w:p w14:paraId="135CE98D" w14:textId="77777777" w:rsidR="00C937A9" w:rsidRDefault="00D02F34">
      <w:pPr>
        <w:pStyle w:val="1"/>
        <w:spacing w:before="180" w:after="80"/>
        <w:rPr>
          <w:lang w:eastAsia="ja-JP"/>
        </w:rPr>
      </w:pPr>
      <w:r>
        <w:rPr>
          <w:lang w:eastAsia="ja-JP"/>
        </w:rPr>
        <w:lastRenderedPageBreak/>
        <w:t>10</w:t>
      </w:r>
      <w:r>
        <w:rPr>
          <w:lang w:eastAsia="ja-JP"/>
        </w:rPr>
        <w:t>．自衛官募集・リクルート性</w:t>
      </w:r>
    </w:p>
    <w:p w14:paraId="6E7880BD" w14:textId="77777777" w:rsidR="00C937A9" w:rsidRDefault="00D02F34">
      <w:pPr>
        <w:pStyle w:val="Question"/>
        <w:keepNext/>
        <w:rPr>
          <w:lang w:eastAsia="ja-JP"/>
        </w:rPr>
      </w:pPr>
      <w:r>
        <w:rPr>
          <w:lang w:eastAsia="ja-JP"/>
        </w:rPr>
        <w:t>質問の趣旨：</w:t>
      </w:r>
      <w:r>
        <w:rPr>
          <w:lang w:eastAsia="ja-JP"/>
        </w:rPr>
        <w:t>自衛官募集サイトへの</w:t>
      </w:r>
      <w:r>
        <w:rPr>
          <w:lang w:eastAsia="ja-JP"/>
        </w:rPr>
        <w:t>QR</w:t>
      </w:r>
      <w:r>
        <w:rPr>
          <w:lang w:eastAsia="ja-JP"/>
        </w:rPr>
        <w:t>コード、志願・入隊コース、キャリア紹介などは、単なる理解促進を超えた募集・採用活動ではないのか。</w:t>
      </w:r>
    </w:p>
    <w:tbl>
      <w:tblPr>
        <w:tblStyle w:val="afe"/>
        <w:tblW w:w="0" w:type="auto"/>
        <w:tblLayout w:type="fixed"/>
        <w:tblLook w:val="04A0" w:firstRow="1" w:lastRow="0" w:firstColumn="1" w:lastColumn="0" w:noHBand="0" w:noVBand="1"/>
      </w:tblPr>
      <w:tblGrid>
        <w:gridCol w:w="1587"/>
        <w:gridCol w:w="8503"/>
      </w:tblGrid>
      <w:tr w:rsidR="00C937A9" w14:paraId="0629E729" w14:textId="77777777">
        <w:trPr>
          <w:cantSplit/>
          <w:tblHeader/>
        </w:trPr>
        <w:tc>
          <w:tcPr>
            <w:tcW w:w="1587" w:type="dxa"/>
            <w:shd w:val="clear" w:color="auto" w:fill="D9EAF7"/>
            <w:vAlign w:val="center"/>
          </w:tcPr>
          <w:p w14:paraId="1FEFCD8B" w14:textId="77777777" w:rsidR="00C937A9" w:rsidRDefault="00D02F34">
            <w:proofErr w:type="spellStart"/>
            <w:r>
              <w:rPr>
                <w:b/>
                <w:sz w:val="16"/>
              </w:rPr>
              <w:t>時点・資料</w:t>
            </w:r>
            <w:proofErr w:type="spellEnd"/>
          </w:p>
        </w:tc>
        <w:tc>
          <w:tcPr>
            <w:tcW w:w="8503" w:type="dxa"/>
            <w:shd w:val="clear" w:color="auto" w:fill="D9EAF7"/>
            <w:vAlign w:val="center"/>
          </w:tcPr>
          <w:p w14:paraId="4DAD2323" w14:textId="77777777" w:rsidR="00C937A9" w:rsidRDefault="00D02F34">
            <w:pPr>
              <w:rPr>
                <w:lang w:eastAsia="ja-JP"/>
              </w:rPr>
            </w:pPr>
            <w:r>
              <w:rPr>
                <w:b/>
                <w:sz w:val="17"/>
                <w:lang w:eastAsia="ja-JP"/>
              </w:rPr>
              <w:t>回答・確認できた内容</w:t>
            </w:r>
          </w:p>
        </w:tc>
      </w:tr>
      <w:tr w:rsidR="00C937A9" w14:paraId="6815E93E" w14:textId="77777777">
        <w:trPr>
          <w:cantSplit/>
        </w:trPr>
        <w:tc>
          <w:tcPr>
            <w:tcW w:w="1587" w:type="dxa"/>
            <w:tcMar>
              <w:top w:w="90" w:type="dxa"/>
              <w:left w:w="100" w:type="dxa"/>
              <w:bottom w:w="90" w:type="dxa"/>
              <w:right w:w="100" w:type="dxa"/>
            </w:tcMar>
          </w:tcPr>
          <w:p w14:paraId="1095C386" w14:textId="77777777" w:rsidR="00C937A9" w:rsidRDefault="00D02F34">
            <w:r>
              <w:rPr>
                <w:sz w:val="16"/>
              </w:rPr>
              <w:t xml:space="preserve">2025/8/29 </w:t>
            </w:r>
            <w:proofErr w:type="spellStart"/>
            <w:r>
              <w:rPr>
                <w:sz w:val="16"/>
              </w:rPr>
              <w:t>意見交換</w:t>
            </w:r>
            <w:proofErr w:type="spellEnd"/>
          </w:p>
        </w:tc>
        <w:tc>
          <w:tcPr>
            <w:tcW w:w="8503" w:type="dxa"/>
            <w:tcMar>
              <w:top w:w="90" w:type="dxa"/>
              <w:left w:w="100" w:type="dxa"/>
              <w:bottom w:w="90" w:type="dxa"/>
              <w:right w:w="100" w:type="dxa"/>
            </w:tcMar>
          </w:tcPr>
          <w:p w14:paraId="5C7AA4EC" w14:textId="77777777" w:rsidR="00C937A9" w:rsidRDefault="00D02F34">
            <w:pPr>
              <w:rPr>
                <w:lang w:eastAsia="ja-JP"/>
              </w:rPr>
            </w:pPr>
            <w:r>
              <w:rPr>
                <w:sz w:val="17"/>
                <w:lang w:eastAsia="ja-JP"/>
              </w:rPr>
              <w:t>「リクルートではないか」との質問に、防衛省は「理解を深めるためで、リクルートではない」と回答。</w:t>
            </w:r>
          </w:p>
        </w:tc>
      </w:tr>
      <w:tr w:rsidR="00C937A9" w14:paraId="2DDA1DC5" w14:textId="77777777">
        <w:trPr>
          <w:cantSplit/>
        </w:trPr>
        <w:tc>
          <w:tcPr>
            <w:tcW w:w="1587" w:type="dxa"/>
            <w:tcMar>
              <w:top w:w="90" w:type="dxa"/>
              <w:left w:w="100" w:type="dxa"/>
              <w:bottom w:w="90" w:type="dxa"/>
              <w:right w:w="100" w:type="dxa"/>
            </w:tcMar>
          </w:tcPr>
          <w:p w14:paraId="2BA1E4DD" w14:textId="77777777" w:rsidR="00C937A9" w:rsidRDefault="00D02F34">
            <w:r>
              <w:rPr>
                <w:sz w:val="16"/>
              </w:rPr>
              <w:t xml:space="preserve">2025/9/25 </w:t>
            </w:r>
            <w:r>
              <w:rPr>
                <w:sz w:val="16"/>
              </w:rPr>
              <w:t>防衛省</w:t>
            </w:r>
          </w:p>
        </w:tc>
        <w:tc>
          <w:tcPr>
            <w:tcW w:w="8503" w:type="dxa"/>
            <w:tcMar>
              <w:top w:w="90" w:type="dxa"/>
              <w:left w:w="100" w:type="dxa"/>
              <w:bottom w:w="90" w:type="dxa"/>
              <w:right w:w="100" w:type="dxa"/>
            </w:tcMar>
          </w:tcPr>
          <w:p w14:paraId="7CD5B6FE" w14:textId="77777777" w:rsidR="00C937A9" w:rsidRDefault="00D02F34">
            <w:pPr>
              <w:rPr>
                <w:lang w:eastAsia="ja-JP"/>
              </w:rPr>
            </w:pPr>
            <w:r>
              <w:rPr>
                <w:sz w:val="17"/>
                <w:lang w:eastAsia="ja-JP"/>
              </w:rPr>
              <w:t>冊子は防衛省・自衛隊について分かりやすく解説し、理解を得るために作成したものと説明。巻末のキャリア紹介は「参考資料として、防衛省・自衛隊のキャリアには多種多様なコースがあることを紹介した」と回答。</w:t>
            </w:r>
          </w:p>
        </w:tc>
      </w:tr>
      <w:tr w:rsidR="00C937A9" w14:paraId="56D396C4" w14:textId="77777777">
        <w:trPr>
          <w:cantSplit/>
        </w:trPr>
        <w:tc>
          <w:tcPr>
            <w:tcW w:w="1587" w:type="dxa"/>
            <w:tcMar>
              <w:top w:w="90" w:type="dxa"/>
              <w:left w:w="100" w:type="dxa"/>
              <w:bottom w:w="90" w:type="dxa"/>
              <w:right w:w="100" w:type="dxa"/>
            </w:tcMar>
          </w:tcPr>
          <w:p w14:paraId="23B4CCD5" w14:textId="77777777" w:rsidR="00C937A9" w:rsidRDefault="00D02F34">
            <w:r>
              <w:rPr>
                <w:sz w:val="16"/>
              </w:rPr>
              <w:t xml:space="preserve">2025/9/25 </w:t>
            </w:r>
            <w:r>
              <w:rPr>
                <w:sz w:val="16"/>
              </w:rPr>
              <w:t>防衛省・自衛隊法</w:t>
            </w:r>
            <w:r>
              <w:rPr>
                <w:sz w:val="16"/>
              </w:rPr>
              <w:t>97</w:t>
            </w:r>
            <w:r>
              <w:rPr>
                <w:sz w:val="16"/>
              </w:rPr>
              <w:t>条</w:t>
            </w:r>
          </w:p>
        </w:tc>
        <w:tc>
          <w:tcPr>
            <w:tcW w:w="8503" w:type="dxa"/>
            <w:tcMar>
              <w:top w:w="90" w:type="dxa"/>
              <w:left w:w="100" w:type="dxa"/>
              <w:bottom w:w="90" w:type="dxa"/>
              <w:right w:w="100" w:type="dxa"/>
            </w:tcMar>
          </w:tcPr>
          <w:p w14:paraId="6A22DF0B" w14:textId="77777777" w:rsidR="00C937A9" w:rsidRDefault="00D02F34">
            <w:pPr>
              <w:rPr>
                <w:lang w:eastAsia="ja-JP"/>
              </w:rPr>
            </w:pPr>
            <w:r>
              <w:rPr>
                <w:sz w:val="17"/>
                <w:lang w:eastAsia="ja-JP"/>
              </w:rPr>
              <w:t>冊子配布は防衛省が都道府県教委と調整して公立小学校へ配布したものであり、自衛隊法</w:t>
            </w:r>
            <w:r>
              <w:rPr>
                <w:sz w:val="17"/>
                <w:lang w:eastAsia="ja-JP"/>
              </w:rPr>
              <w:t>97</w:t>
            </w:r>
            <w:r>
              <w:rPr>
                <w:sz w:val="17"/>
                <w:lang w:eastAsia="ja-JP"/>
              </w:rPr>
              <w:t>条にある「都道府県知事及び市町村長」が行った募集事務ではないと回答。</w:t>
            </w:r>
          </w:p>
        </w:tc>
      </w:tr>
    </w:tbl>
    <w:p w14:paraId="0E4BBB04" w14:textId="77777777" w:rsidR="00C937A9" w:rsidRDefault="00C937A9">
      <w:pPr>
        <w:spacing w:after="60" w:line="252" w:lineRule="auto"/>
        <w:rPr>
          <w:lang w:eastAsia="ja-JP"/>
        </w:rPr>
      </w:pPr>
    </w:p>
    <w:p w14:paraId="0A524BD1" w14:textId="77777777" w:rsidR="00C937A9" w:rsidRDefault="00D02F34">
      <w:pPr>
        <w:pStyle w:val="SummaryBox"/>
        <w:keepNext/>
        <w:rPr>
          <w:lang w:eastAsia="ja-JP"/>
        </w:rPr>
      </w:pPr>
      <w:r>
        <w:rPr>
          <w:lang w:eastAsia="ja-JP"/>
        </w:rPr>
        <w:t>現時点で分かったこと：</w:t>
      </w:r>
      <w:r>
        <w:rPr>
          <w:lang w:eastAsia="ja-JP"/>
        </w:rPr>
        <w:t>防衛省は一貫して冊子配布をリクルート活動とは位置付けていない。ただし、</w:t>
      </w:r>
      <w:r>
        <w:rPr>
          <w:lang w:eastAsia="ja-JP"/>
        </w:rPr>
        <w:t>2025</w:t>
      </w:r>
      <w:r>
        <w:rPr>
          <w:lang w:eastAsia="ja-JP"/>
        </w:rPr>
        <w:t>年版にはキャリア・採用情報が掲載されていること自体は認めている。</w:t>
      </w:r>
    </w:p>
    <w:p w14:paraId="12334FB8" w14:textId="77777777" w:rsidR="00C937A9" w:rsidRDefault="00D02F34">
      <w:pPr>
        <w:spacing w:after="60" w:line="252" w:lineRule="auto"/>
        <w:rPr>
          <w:lang w:eastAsia="ja-JP"/>
        </w:rPr>
      </w:pPr>
      <w:r>
        <w:rPr>
          <w:b/>
          <w:color w:val="C00000"/>
          <w:lang w:eastAsia="ja-JP"/>
        </w:rPr>
        <w:t>なお未回答・要確認：</w:t>
      </w:r>
      <w:r>
        <w:rPr>
          <w:lang w:eastAsia="ja-JP"/>
        </w:rPr>
        <w:t>自衛官募集サイトへの導線や採用情報を小学生を含む学校配布冊子に掲載する教育的妥当性、募集広報との内部的な区分基準。</w:t>
      </w:r>
    </w:p>
    <w:p w14:paraId="55860190" w14:textId="77777777" w:rsidR="00C937A9" w:rsidRDefault="00D02F34">
      <w:pPr>
        <w:pStyle w:val="SourceNote"/>
        <w:rPr>
          <w:lang w:eastAsia="ja-JP"/>
        </w:rPr>
      </w:pPr>
      <w:r>
        <w:rPr>
          <w:lang w:eastAsia="ja-JP"/>
        </w:rPr>
        <w:t>出典：</w:t>
      </w:r>
      <w:r>
        <w:rPr>
          <w:lang w:eastAsia="ja-JP"/>
        </w:rPr>
        <w:t>8/29</w:t>
      </w:r>
      <w:r>
        <w:rPr>
          <w:lang w:eastAsia="ja-JP"/>
        </w:rPr>
        <w:t>意見交換メモ／</w:t>
      </w:r>
      <w:r>
        <w:rPr>
          <w:lang w:eastAsia="ja-JP"/>
        </w:rPr>
        <w:t>9/25</w:t>
      </w:r>
      <w:r>
        <w:rPr>
          <w:lang w:eastAsia="ja-JP"/>
        </w:rPr>
        <w:t>防衛省提出資料</w:t>
      </w:r>
    </w:p>
    <w:p w14:paraId="10F6C23D" w14:textId="77777777" w:rsidR="00C937A9" w:rsidRDefault="00D02F34">
      <w:pPr>
        <w:pStyle w:val="1"/>
        <w:spacing w:before="180" w:after="80"/>
        <w:rPr>
          <w:lang w:eastAsia="ja-JP"/>
        </w:rPr>
      </w:pPr>
      <w:r>
        <w:rPr>
          <w:lang w:eastAsia="ja-JP"/>
        </w:rPr>
        <w:t>11</w:t>
      </w:r>
      <w:r>
        <w:rPr>
          <w:lang w:eastAsia="ja-JP"/>
        </w:rPr>
        <w:t>．アンケートの目的・回答者・内容</w:t>
      </w:r>
    </w:p>
    <w:p w14:paraId="6586583A" w14:textId="77777777" w:rsidR="00C937A9" w:rsidRDefault="00D02F34">
      <w:pPr>
        <w:pStyle w:val="Question"/>
        <w:keepNext/>
        <w:rPr>
          <w:lang w:eastAsia="ja-JP"/>
        </w:rPr>
      </w:pPr>
      <w:r>
        <w:rPr>
          <w:lang w:eastAsia="ja-JP"/>
        </w:rPr>
        <w:t>質問の趣旨：</w:t>
      </w:r>
      <w:r>
        <w:rPr>
          <w:lang w:eastAsia="ja-JP"/>
        </w:rPr>
        <w:t>同封したアンケートは誰が回答し、何を把握するためのものだったのか。回答結果を開示できるのか。</w:t>
      </w:r>
    </w:p>
    <w:tbl>
      <w:tblPr>
        <w:tblStyle w:val="afe"/>
        <w:tblW w:w="0" w:type="auto"/>
        <w:tblLayout w:type="fixed"/>
        <w:tblLook w:val="04A0" w:firstRow="1" w:lastRow="0" w:firstColumn="1" w:lastColumn="0" w:noHBand="0" w:noVBand="1"/>
      </w:tblPr>
      <w:tblGrid>
        <w:gridCol w:w="1587"/>
        <w:gridCol w:w="8503"/>
      </w:tblGrid>
      <w:tr w:rsidR="00C937A9" w14:paraId="5128BDB4" w14:textId="77777777">
        <w:trPr>
          <w:cantSplit/>
          <w:tblHeader/>
        </w:trPr>
        <w:tc>
          <w:tcPr>
            <w:tcW w:w="1587" w:type="dxa"/>
            <w:shd w:val="clear" w:color="auto" w:fill="D9EAF7"/>
            <w:vAlign w:val="center"/>
          </w:tcPr>
          <w:p w14:paraId="6DF3A081" w14:textId="77777777" w:rsidR="00C937A9" w:rsidRDefault="00D02F34">
            <w:proofErr w:type="spellStart"/>
            <w:r>
              <w:rPr>
                <w:b/>
                <w:sz w:val="16"/>
              </w:rPr>
              <w:t>時点・資料</w:t>
            </w:r>
            <w:proofErr w:type="spellEnd"/>
          </w:p>
        </w:tc>
        <w:tc>
          <w:tcPr>
            <w:tcW w:w="8503" w:type="dxa"/>
            <w:shd w:val="clear" w:color="auto" w:fill="D9EAF7"/>
            <w:vAlign w:val="center"/>
          </w:tcPr>
          <w:p w14:paraId="3661633C" w14:textId="77777777" w:rsidR="00C937A9" w:rsidRDefault="00D02F34">
            <w:pPr>
              <w:rPr>
                <w:lang w:eastAsia="ja-JP"/>
              </w:rPr>
            </w:pPr>
            <w:r>
              <w:rPr>
                <w:b/>
                <w:sz w:val="17"/>
                <w:lang w:eastAsia="ja-JP"/>
              </w:rPr>
              <w:t>回答・確認できた内容</w:t>
            </w:r>
          </w:p>
        </w:tc>
      </w:tr>
      <w:tr w:rsidR="00C937A9" w14:paraId="5862CEF5" w14:textId="77777777">
        <w:trPr>
          <w:cantSplit/>
        </w:trPr>
        <w:tc>
          <w:tcPr>
            <w:tcW w:w="1587" w:type="dxa"/>
            <w:tcMar>
              <w:top w:w="90" w:type="dxa"/>
              <w:left w:w="100" w:type="dxa"/>
              <w:bottom w:w="90" w:type="dxa"/>
              <w:right w:w="100" w:type="dxa"/>
            </w:tcMar>
          </w:tcPr>
          <w:p w14:paraId="2302721E" w14:textId="77777777" w:rsidR="00C937A9" w:rsidRDefault="00D02F34">
            <w:r>
              <w:rPr>
                <w:sz w:val="16"/>
              </w:rPr>
              <w:t xml:space="preserve">2025/8/29 </w:t>
            </w:r>
            <w:proofErr w:type="spellStart"/>
            <w:r>
              <w:rPr>
                <w:sz w:val="16"/>
              </w:rPr>
              <w:t>意見交換</w:t>
            </w:r>
            <w:proofErr w:type="spellEnd"/>
          </w:p>
        </w:tc>
        <w:tc>
          <w:tcPr>
            <w:tcW w:w="8503" w:type="dxa"/>
            <w:tcMar>
              <w:top w:w="90" w:type="dxa"/>
              <w:left w:w="100" w:type="dxa"/>
              <w:bottom w:w="90" w:type="dxa"/>
              <w:right w:w="100" w:type="dxa"/>
            </w:tcMar>
          </w:tcPr>
          <w:p w14:paraId="2FE0A691" w14:textId="77777777" w:rsidR="00C937A9" w:rsidRDefault="00D02F34">
            <w:pPr>
              <w:rPr>
                <w:lang w:eastAsia="ja-JP"/>
              </w:rPr>
            </w:pPr>
            <w:r>
              <w:rPr>
                <w:sz w:val="17"/>
                <w:lang w:eastAsia="ja-JP"/>
              </w:rPr>
              <w:t>アンケートは各小学校の先生が回答するものと説明。</w:t>
            </w:r>
          </w:p>
        </w:tc>
      </w:tr>
      <w:tr w:rsidR="00C937A9" w14:paraId="57110341" w14:textId="77777777">
        <w:trPr>
          <w:cantSplit/>
        </w:trPr>
        <w:tc>
          <w:tcPr>
            <w:tcW w:w="1587" w:type="dxa"/>
            <w:tcMar>
              <w:top w:w="90" w:type="dxa"/>
              <w:left w:w="100" w:type="dxa"/>
              <w:bottom w:w="90" w:type="dxa"/>
              <w:right w:w="100" w:type="dxa"/>
            </w:tcMar>
          </w:tcPr>
          <w:p w14:paraId="61AA7561" w14:textId="77777777" w:rsidR="00C937A9" w:rsidRDefault="00D02F34">
            <w:r>
              <w:rPr>
                <w:sz w:val="16"/>
              </w:rPr>
              <w:t xml:space="preserve">2025/8/28 </w:t>
            </w:r>
            <w:r>
              <w:rPr>
                <w:sz w:val="16"/>
              </w:rPr>
              <w:t>防衛省</w:t>
            </w:r>
          </w:p>
        </w:tc>
        <w:tc>
          <w:tcPr>
            <w:tcW w:w="8503" w:type="dxa"/>
            <w:tcMar>
              <w:top w:w="90" w:type="dxa"/>
              <w:left w:w="100" w:type="dxa"/>
              <w:bottom w:w="90" w:type="dxa"/>
              <w:right w:w="100" w:type="dxa"/>
            </w:tcMar>
          </w:tcPr>
          <w:p w14:paraId="6365E50D" w14:textId="77777777" w:rsidR="00C937A9" w:rsidRDefault="00D02F34">
            <w:pPr>
              <w:rPr>
                <w:lang w:eastAsia="ja-JP"/>
              </w:rPr>
            </w:pPr>
            <w:r>
              <w:rPr>
                <w:sz w:val="17"/>
                <w:lang w:eastAsia="ja-JP"/>
              </w:rPr>
              <w:t>目的は、今後の「まるわかり！日本の防衛」の作成、配布の参考とするため。回答詳細は「相手方との関係」を理由に回答を差し控えた。</w:t>
            </w:r>
          </w:p>
        </w:tc>
      </w:tr>
      <w:tr w:rsidR="00C937A9" w14:paraId="07F27ED4" w14:textId="77777777">
        <w:trPr>
          <w:cantSplit/>
        </w:trPr>
        <w:tc>
          <w:tcPr>
            <w:tcW w:w="1587" w:type="dxa"/>
            <w:tcMar>
              <w:top w:w="90" w:type="dxa"/>
              <w:left w:w="100" w:type="dxa"/>
              <w:bottom w:w="90" w:type="dxa"/>
              <w:right w:w="100" w:type="dxa"/>
            </w:tcMar>
          </w:tcPr>
          <w:p w14:paraId="42B6C528" w14:textId="77777777" w:rsidR="00C937A9" w:rsidRDefault="00D02F34">
            <w:proofErr w:type="spellStart"/>
            <w:r>
              <w:rPr>
                <w:sz w:val="16"/>
              </w:rPr>
              <w:t>読後アンケート</w:t>
            </w:r>
            <w:proofErr w:type="spellEnd"/>
          </w:p>
        </w:tc>
        <w:tc>
          <w:tcPr>
            <w:tcW w:w="8503" w:type="dxa"/>
            <w:tcMar>
              <w:top w:w="90" w:type="dxa"/>
              <w:left w:w="100" w:type="dxa"/>
              <w:bottom w:w="90" w:type="dxa"/>
              <w:right w:w="100" w:type="dxa"/>
            </w:tcMar>
          </w:tcPr>
          <w:p w14:paraId="78B662A0" w14:textId="77777777" w:rsidR="00C937A9" w:rsidRDefault="00D02F34">
            <w:r>
              <w:rPr>
                <w:sz w:val="17"/>
                <w:lang w:eastAsia="ja-JP"/>
              </w:rPr>
              <w:t>今後も配布してほしいか、追加冊数、配布不要か、図書館・総合学習での活用実績、閲覧・貸出実績、今後の望ましい活用方法、内容への意見、子どもの感想等を質問。</w:t>
            </w:r>
            <w:r>
              <w:rPr>
                <w:sz w:val="17"/>
              </w:rPr>
              <w:t>回答期限は</w:t>
            </w:r>
            <w:r>
              <w:rPr>
                <w:sz w:val="17"/>
              </w:rPr>
              <w:t>2025</w:t>
            </w:r>
            <w:r>
              <w:rPr>
                <w:sz w:val="17"/>
              </w:rPr>
              <w:t>年</w:t>
            </w:r>
            <w:r>
              <w:rPr>
                <w:sz w:val="17"/>
              </w:rPr>
              <w:t>7</w:t>
            </w:r>
            <w:r>
              <w:rPr>
                <w:sz w:val="17"/>
              </w:rPr>
              <w:t>月</w:t>
            </w:r>
            <w:r>
              <w:rPr>
                <w:sz w:val="17"/>
              </w:rPr>
              <w:t>31</w:t>
            </w:r>
            <w:r>
              <w:rPr>
                <w:sz w:val="17"/>
              </w:rPr>
              <w:t>日までとしている。</w:t>
            </w:r>
          </w:p>
        </w:tc>
      </w:tr>
    </w:tbl>
    <w:p w14:paraId="7CF8314D" w14:textId="77777777" w:rsidR="00C937A9" w:rsidRDefault="00C937A9">
      <w:pPr>
        <w:spacing w:after="60" w:line="252" w:lineRule="auto"/>
      </w:pPr>
    </w:p>
    <w:p w14:paraId="58885035" w14:textId="77777777" w:rsidR="00C937A9" w:rsidRDefault="00D02F34">
      <w:pPr>
        <w:pStyle w:val="SummaryBox"/>
        <w:keepNext/>
        <w:rPr>
          <w:lang w:eastAsia="ja-JP"/>
        </w:rPr>
      </w:pPr>
      <w:r>
        <w:rPr>
          <w:lang w:eastAsia="ja-JP"/>
        </w:rPr>
        <w:t>現時点で分かったこと：</w:t>
      </w:r>
      <w:r>
        <w:rPr>
          <w:lang w:eastAsia="ja-JP"/>
        </w:rPr>
        <w:t>アンケートは教員等から、配布継続の希望、利用実績、授業利用、内容評価、子どもの感想まで把握する設計となっている。</w:t>
      </w:r>
    </w:p>
    <w:p w14:paraId="0079D733" w14:textId="77777777" w:rsidR="00C937A9" w:rsidRDefault="00D02F34">
      <w:pPr>
        <w:spacing w:after="60" w:line="252" w:lineRule="auto"/>
        <w:rPr>
          <w:lang w:eastAsia="ja-JP"/>
        </w:rPr>
      </w:pPr>
      <w:r>
        <w:rPr>
          <w:b/>
          <w:color w:val="C00000"/>
          <w:lang w:eastAsia="ja-JP"/>
        </w:rPr>
        <w:t>なお未回答・要確認：</w:t>
      </w:r>
      <w:r>
        <w:rPr>
          <w:lang w:eastAsia="ja-JP"/>
        </w:rPr>
        <w:t>回収数、集計結果、自由記述の匿名化データ、結果が</w:t>
      </w:r>
      <w:r>
        <w:rPr>
          <w:lang w:eastAsia="ja-JP"/>
        </w:rPr>
        <w:t>2025</w:t>
      </w:r>
      <w:r>
        <w:rPr>
          <w:lang w:eastAsia="ja-JP"/>
        </w:rPr>
        <w:t>年版・今後の配布方針にどう反映されたか。</w:t>
      </w:r>
    </w:p>
    <w:p w14:paraId="5D41801D" w14:textId="77777777" w:rsidR="00C937A9" w:rsidRDefault="00D02F34">
      <w:pPr>
        <w:pStyle w:val="SourceNote"/>
        <w:rPr>
          <w:lang w:eastAsia="ja-JP"/>
        </w:rPr>
      </w:pPr>
      <w:r>
        <w:rPr>
          <w:lang w:eastAsia="ja-JP"/>
        </w:rPr>
        <w:t>出典：</w:t>
      </w:r>
      <w:r>
        <w:rPr>
          <w:lang w:eastAsia="ja-JP"/>
        </w:rPr>
        <w:t>8/28</w:t>
      </w:r>
      <w:r>
        <w:rPr>
          <w:lang w:eastAsia="ja-JP"/>
        </w:rPr>
        <w:t>防衛省提出資料／</w:t>
      </w:r>
      <w:r>
        <w:rPr>
          <w:lang w:eastAsia="ja-JP"/>
        </w:rPr>
        <w:t>8/29</w:t>
      </w:r>
      <w:r>
        <w:rPr>
          <w:lang w:eastAsia="ja-JP"/>
        </w:rPr>
        <w:t>意見交換メモ／読後アンケート</w:t>
      </w:r>
    </w:p>
    <w:p w14:paraId="34DCC868" w14:textId="77777777" w:rsidR="00C937A9" w:rsidRDefault="00D02F34">
      <w:pPr>
        <w:pStyle w:val="1"/>
        <w:spacing w:before="180" w:after="80"/>
        <w:rPr>
          <w:lang w:eastAsia="ja-JP"/>
        </w:rPr>
      </w:pPr>
      <w:r>
        <w:rPr>
          <w:lang w:eastAsia="ja-JP"/>
        </w:rPr>
        <w:lastRenderedPageBreak/>
        <w:t>12</w:t>
      </w:r>
      <w:r>
        <w:rPr>
          <w:lang w:eastAsia="ja-JP"/>
        </w:rPr>
        <w:t>．予算・印刷部数・発送費</w:t>
      </w:r>
    </w:p>
    <w:p w14:paraId="150103FE" w14:textId="77777777" w:rsidR="00C937A9" w:rsidRDefault="00D02F34">
      <w:pPr>
        <w:pStyle w:val="Question"/>
        <w:keepNext/>
        <w:rPr>
          <w:lang w:eastAsia="ja-JP"/>
        </w:rPr>
      </w:pPr>
      <w:r>
        <w:rPr>
          <w:lang w:eastAsia="ja-JP"/>
        </w:rPr>
        <w:t>質問の趣旨：</w:t>
      </w:r>
      <w:r>
        <w:rPr>
          <w:lang w:eastAsia="ja-JP"/>
        </w:rPr>
        <w:t>学校配布にいくら使ったのか。印刷費・発送費・調達部数を年度ごとに示せるのか。</w:t>
      </w:r>
    </w:p>
    <w:tbl>
      <w:tblPr>
        <w:tblStyle w:val="afe"/>
        <w:tblW w:w="0" w:type="auto"/>
        <w:tblLayout w:type="fixed"/>
        <w:tblLook w:val="04A0" w:firstRow="1" w:lastRow="0" w:firstColumn="1" w:lastColumn="0" w:noHBand="0" w:noVBand="1"/>
      </w:tblPr>
      <w:tblGrid>
        <w:gridCol w:w="1587"/>
        <w:gridCol w:w="8503"/>
      </w:tblGrid>
      <w:tr w:rsidR="00C937A9" w14:paraId="2599D495" w14:textId="77777777">
        <w:trPr>
          <w:cantSplit/>
          <w:tblHeader/>
        </w:trPr>
        <w:tc>
          <w:tcPr>
            <w:tcW w:w="1587" w:type="dxa"/>
            <w:shd w:val="clear" w:color="auto" w:fill="D9EAF7"/>
            <w:vAlign w:val="center"/>
          </w:tcPr>
          <w:p w14:paraId="6302E251" w14:textId="77777777" w:rsidR="00C937A9" w:rsidRDefault="00D02F34">
            <w:proofErr w:type="spellStart"/>
            <w:r>
              <w:rPr>
                <w:b/>
                <w:sz w:val="16"/>
              </w:rPr>
              <w:t>時点・資料</w:t>
            </w:r>
            <w:proofErr w:type="spellEnd"/>
          </w:p>
        </w:tc>
        <w:tc>
          <w:tcPr>
            <w:tcW w:w="8503" w:type="dxa"/>
            <w:shd w:val="clear" w:color="auto" w:fill="D9EAF7"/>
            <w:vAlign w:val="center"/>
          </w:tcPr>
          <w:p w14:paraId="00B11C5D" w14:textId="77777777" w:rsidR="00C937A9" w:rsidRDefault="00D02F34">
            <w:pPr>
              <w:rPr>
                <w:lang w:eastAsia="ja-JP"/>
              </w:rPr>
            </w:pPr>
            <w:r>
              <w:rPr>
                <w:b/>
                <w:sz w:val="17"/>
                <w:lang w:eastAsia="ja-JP"/>
              </w:rPr>
              <w:t>回答・確認できた内容</w:t>
            </w:r>
          </w:p>
        </w:tc>
      </w:tr>
      <w:tr w:rsidR="00C937A9" w14:paraId="20371A75" w14:textId="77777777">
        <w:trPr>
          <w:cantSplit/>
        </w:trPr>
        <w:tc>
          <w:tcPr>
            <w:tcW w:w="1587" w:type="dxa"/>
            <w:tcMar>
              <w:top w:w="90" w:type="dxa"/>
              <w:left w:w="100" w:type="dxa"/>
              <w:bottom w:w="90" w:type="dxa"/>
              <w:right w:w="100" w:type="dxa"/>
            </w:tcMar>
          </w:tcPr>
          <w:p w14:paraId="197D25D5" w14:textId="77777777" w:rsidR="00C937A9" w:rsidRDefault="00D02F34">
            <w:r>
              <w:rPr>
                <w:sz w:val="16"/>
              </w:rPr>
              <w:t xml:space="preserve">2025/8/29 </w:t>
            </w:r>
            <w:proofErr w:type="spellStart"/>
            <w:r>
              <w:rPr>
                <w:sz w:val="16"/>
              </w:rPr>
              <w:t>意見交換</w:t>
            </w:r>
            <w:proofErr w:type="spellEnd"/>
          </w:p>
        </w:tc>
        <w:tc>
          <w:tcPr>
            <w:tcW w:w="8503" w:type="dxa"/>
            <w:tcMar>
              <w:top w:w="90" w:type="dxa"/>
              <w:left w:w="100" w:type="dxa"/>
              <w:bottom w:w="90" w:type="dxa"/>
              <w:right w:w="100" w:type="dxa"/>
            </w:tcMar>
          </w:tcPr>
          <w:p w14:paraId="71212937" w14:textId="77777777" w:rsidR="00C937A9" w:rsidRDefault="00D02F34">
            <w:pPr>
              <w:rPr>
                <w:lang w:eastAsia="ja-JP"/>
              </w:rPr>
            </w:pPr>
            <w:r>
              <w:rPr>
                <w:sz w:val="17"/>
                <w:lang w:eastAsia="ja-JP"/>
              </w:rPr>
              <w:t>今回の冊子の印刷・配布を含め</w:t>
            </w:r>
            <w:r>
              <w:rPr>
                <w:sz w:val="17"/>
                <w:lang w:eastAsia="ja-JP"/>
              </w:rPr>
              <w:t>130</w:t>
            </w:r>
            <w:r>
              <w:rPr>
                <w:sz w:val="17"/>
                <w:lang w:eastAsia="ja-JP"/>
              </w:rPr>
              <w:t>万円と回答。</w:t>
            </w:r>
            <w:r>
              <w:rPr>
                <w:sz w:val="17"/>
                <w:lang w:eastAsia="ja-JP"/>
              </w:rPr>
              <w:t>2021</w:t>
            </w:r>
            <w:r>
              <w:rPr>
                <w:sz w:val="17"/>
                <w:lang w:eastAsia="ja-JP"/>
              </w:rPr>
              <w:t>年度からの予算提示を再要求。</w:t>
            </w:r>
          </w:p>
        </w:tc>
      </w:tr>
      <w:tr w:rsidR="00C937A9" w14:paraId="23A9C2BC" w14:textId="77777777">
        <w:trPr>
          <w:cantSplit/>
        </w:trPr>
        <w:tc>
          <w:tcPr>
            <w:tcW w:w="1587" w:type="dxa"/>
            <w:tcMar>
              <w:top w:w="90" w:type="dxa"/>
              <w:left w:w="100" w:type="dxa"/>
              <w:bottom w:w="90" w:type="dxa"/>
              <w:right w:w="100" w:type="dxa"/>
            </w:tcMar>
          </w:tcPr>
          <w:p w14:paraId="7CFEB2EC" w14:textId="77777777" w:rsidR="00C937A9" w:rsidRDefault="00D02F34">
            <w:r>
              <w:rPr>
                <w:sz w:val="16"/>
              </w:rPr>
              <w:t xml:space="preserve">2025/9/25 </w:t>
            </w:r>
            <w:r>
              <w:rPr>
                <w:sz w:val="16"/>
              </w:rPr>
              <w:t>防衛省</w:t>
            </w:r>
          </w:p>
        </w:tc>
        <w:tc>
          <w:tcPr>
            <w:tcW w:w="8503" w:type="dxa"/>
            <w:tcMar>
              <w:top w:w="90" w:type="dxa"/>
              <w:left w:w="100" w:type="dxa"/>
              <w:bottom w:w="90" w:type="dxa"/>
              <w:right w:w="100" w:type="dxa"/>
            </w:tcMar>
          </w:tcPr>
          <w:p w14:paraId="5222FF52" w14:textId="77777777" w:rsidR="00C937A9" w:rsidRDefault="00D02F34">
            <w:pPr>
              <w:rPr>
                <w:lang w:eastAsia="ja-JP"/>
              </w:rPr>
            </w:pPr>
            <w:r>
              <w:rPr>
                <w:sz w:val="17"/>
                <w:lang w:eastAsia="ja-JP"/>
              </w:rPr>
              <w:t>学校配布は</w:t>
            </w:r>
            <w:r>
              <w:rPr>
                <w:sz w:val="17"/>
                <w:lang w:eastAsia="ja-JP"/>
              </w:rPr>
              <w:t>2024</w:t>
            </w:r>
            <w:r>
              <w:rPr>
                <w:sz w:val="17"/>
                <w:lang w:eastAsia="ja-JP"/>
              </w:rPr>
              <w:t>年度からで、約</w:t>
            </w:r>
            <w:r>
              <w:rPr>
                <w:sz w:val="17"/>
                <w:lang w:eastAsia="ja-JP"/>
              </w:rPr>
              <w:t>2,400</w:t>
            </w:r>
            <w:r>
              <w:rPr>
                <w:sz w:val="17"/>
                <w:lang w:eastAsia="ja-JP"/>
              </w:rPr>
              <w:t>校に約</w:t>
            </w:r>
            <w:r>
              <w:rPr>
                <w:sz w:val="17"/>
                <w:lang w:eastAsia="ja-JP"/>
              </w:rPr>
              <w:t>6,100</w:t>
            </w:r>
            <w:r>
              <w:rPr>
                <w:sz w:val="17"/>
                <w:lang w:eastAsia="ja-JP"/>
              </w:rPr>
              <w:t>冊を配布。印刷・発送費計約</w:t>
            </w:r>
            <w:r>
              <w:rPr>
                <w:sz w:val="17"/>
                <w:lang w:eastAsia="ja-JP"/>
              </w:rPr>
              <w:t>130</w:t>
            </w:r>
            <w:r>
              <w:rPr>
                <w:sz w:val="17"/>
                <w:lang w:eastAsia="ja-JP"/>
              </w:rPr>
              <w:t>万円。</w:t>
            </w:r>
            <w:r>
              <w:rPr>
                <w:sz w:val="17"/>
                <w:lang w:eastAsia="ja-JP"/>
              </w:rPr>
              <w:t>2024</w:t>
            </w:r>
            <w:r>
              <w:rPr>
                <w:sz w:val="17"/>
                <w:lang w:eastAsia="ja-JP"/>
              </w:rPr>
              <w:t>年版は学校配布だけでなく各種広報活動用を含め、合計</w:t>
            </w:r>
            <w:r>
              <w:rPr>
                <w:sz w:val="17"/>
                <w:lang w:eastAsia="ja-JP"/>
              </w:rPr>
              <w:t>12,000</w:t>
            </w:r>
            <w:r>
              <w:rPr>
                <w:sz w:val="17"/>
                <w:lang w:eastAsia="ja-JP"/>
              </w:rPr>
              <w:t>冊を調達したと回答。</w:t>
            </w:r>
          </w:p>
        </w:tc>
      </w:tr>
      <w:tr w:rsidR="00C937A9" w14:paraId="42DE9A33" w14:textId="77777777">
        <w:trPr>
          <w:cantSplit/>
        </w:trPr>
        <w:tc>
          <w:tcPr>
            <w:tcW w:w="1587" w:type="dxa"/>
            <w:tcMar>
              <w:top w:w="90" w:type="dxa"/>
              <w:left w:w="100" w:type="dxa"/>
              <w:bottom w:w="90" w:type="dxa"/>
              <w:right w:w="100" w:type="dxa"/>
            </w:tcMar>
          </w:tcPr>
          <w:p w14:paraId="42A066E3" w14:textId="77777777" w:rsidR="00C937A9" w:rsidRDefault="00D02F34">
            <w:r>
              <w:rPr>
                <w:sz w:val="16"/>
              </w:rPr>
              <w:t xml:space="preserve">2025/10/29 </w:t>
            </w:r>
            <w:r>
              <w:rPr>
                <w:sz w:val="16"/>
              </w:rPr>
              <w:t>防衛省</w:t>
            </w:r>
          </w:p>
        </w:tc>
        <w:tc>
          <w:tcPr>
            <w:tcW w:w="8503" w:type="dxa"/>
            <w:tcMar>
              <w:top w:w="90" w:type="dxa"/>
              <w:left w:w="100" w:type="dxa"/>
              <w:bottom w:w="90" w:type="dxa"/>
              <w:right w:w="100" w:type="dxa"/>
            </w:tcMar>
          </w:tcPr>
          <w:p w14:paraId="1E97DBF9" w14:textId="77777777" w:rsidR="00C937A9" w:rsidRDefault="00D02F34">
            <w:pPr>
              <w:rPr>
                <w:lang w:eastAsia="ja-JP"/>
              </w:rPr>
            </w:pPr>
            <w:r>
              <w:rPr>
                <w:sz w:val="17"/>
                <w:lang w:eastAsia="ja-JP"/>
              </w:rPr>
              <w:t>約</w:t>
            </w:r>
            <w:r>
              <w:rPr>
                <w:sz w:val="17"/>
                <w:lang w:eastAsia="ja-JP"/>
              </w:rPr>
              <w:t>6,100</w:t>
            </w:r>
            <w:r>
              <w:rPr>
                <w:sz w:val="17"/>
                <w:lang w:eastAsia="ja-JP"/>
              </w:rPr>
              <w:t>冊の印刷費が約</w:t>
            </w:r>
            <w:r>
              <w:rPr>
                <w:sz w:val="17"/>
                <w:lang w:eastAsia="ja-JP"/>
              </w:rPr>
              <w:t>60</w:t>
            </w:r>
            <w:r>
              <w:rPr>
                <w:sz w:val="17"/>
                <w:lang w:eastAsia="ja-JP"/>
              </w:rPr>
              <w:t>万円、約</w:t>
            </w:r>
            <w:r>
              <w:rPr>
                <w:sz w:val="17"/>
                <w:lang w:eastAsia="ja-JP"/>
              </w:rPr>
              <w:t>2,400</w:t>
            </w:r>
            <w:r>
              <w:rPr>
                <w:sz w:val="17"/>
                <w:lang w:eastAsia="ja-JP"/>
              </w:rPr>
              <w:t>校への発送費が約</w:t>
            </w:r>
            <w:r>
              <w:rPr>
                <w:sz w:val="17"/>
                <w:lang w:eastAsia="ja-JP"/>
              </w:rPr>
              <w:t>70</w:t>
            </w:r>
            <w:r>
              <w:rPr>
                <w:sz w:val="17"/>
                <w:lang w:eastAsia="ja-JP"/>
              </w:rPr>
              <w:t>万円、合計約</w:t>
            </w:r>
            <w:r>
              <w:rPr>
                <w:sz w:val="17"/>
                <w:lang w:eastAsia="ja-JP"/>
              </w:rPr>
              <w:t>130</w:t>
            </w:r>
            <w:r>
              <w:rPr>
                <w:sz w:val="17"/>
                <w:lang w:eastAsia="ja-JP"/>
              </w:rPr>
              <w:t>万円。印刷は「防衛力基盤強化推進費</w:t>
            </w:r>
            <w:r>
              <w:rPr>
                <w:sz w:val="17"/>
                <w:lang w:eastAsia="ja-JP"/>
              </w:rPr>
              <w:t xml:space="preserve"> </w:t>
            </w:r>
            <w:r>
              <w:rPr>
                <w:sz w:val="17"/>
                <w:lang w:eastAsia="ja-JP"/>
              </w:rPr>
              <w:t>広報業務庁費」、発送は「防衛本省共通費</w:t>
            </w:r>
            <w:r>
              <w:rPr>
                <w:sz w:val="17"/>
                <w:lang w:eastAsia="ja-JP"/>
              </w:rPr>
              <w:t xml:space="preserve"> </w:t>
            </w:r>
            <w:r>
              <w:rPr>
                <w:sz w:val="17"/>
                <w:lang w:eastAsia="ja-JP"/>
              </w:rPr>
              <w:t>庁費」と回答。</w:t>
            </w:r>
          </w:p>
        </w:tc>
      </w:tr>
    </w:tbl>
    <w:p w14:paraId="70CE7FF3" w14:textId="77777777" w:rsidR="00C937A9" w:rsidRDefault="00C937A9">
      <w:pPr>
        <w:spacing w:after="60" w:line="252" w:lineRule="auto"/>
        <w:rPr>
          <w:lang w:eastAsia="ja-JP"/>
        </w:rPr>
      </w:pPr>
    </w:p>
    <w:p w14:paraId="3D0F7CEC" w14:textId="77777777" w:rsidR="00C937A9" w:rsidRDefault="00D02F34">
      <w:pPr>
        <w:pStyle w:val="SummaryBox"/>
        <w:keepNext/>
        <w:rPr>
          <w:lang w:eastAsia="ja-JP"/>
        </w:rPr>
      </w:pPr>
      <w:r>
        <w:rPr>
          <w:lang w:eastAsia="ja-JP"/>
        </w:rPr>
        <w:t>現時点で分かったこと：</w:t>
      </w:r>
      <w:r>
        <w:rPr>
          <w:lang w:eastAsia="ja-JP"/>
        </w:rPr>
        <w:t>学校配布分の印刷・発送費は計約</w:t>
      </w:r>
      <w:r>
        <w:rPr>
          <w:lang w:eastAsia="ja-JP"/>
        </w:rPr>
        <w:t>130</w:t>
      </w:r>
      <w:r>
        <w:rPr>
          <w:lang w:eastAsia="ja-JP"/>
        </w:rPr>
        <w:t>万円。内訳は印刷約</w:t>
      </w:r>
      <w:r>
        <w:rPr>
          <w:lang w:eastAsia="ja-JP"/>
        </w:rPr>
        <w:t>60</w:t>
      </w:r>
      <w:r>
        <w:rPr>
          <w:lang w:eastAsia="ja-JP"/>
        </w:rPr>
        <w:t>万円、発送約</w:t>
      </w:r>
      <w:r>
        <w:rPr>
          <w:lang w:eastAsia="ja-JP"/>
        </w:rPr>
        <w:t>70</w:t>
      </w:r>
      <w:r>
        <w:rPr>
          <w:lang w:eastAsia="ja-JP"/>
        </w:rPr>
        <w:t>万円。</w:t>
      </w:r>
      <w:r>
        <w:rPr>
          <w:lang w:eastAsia="ja-JP"/>
        </w:rPr>
        <w:t>2024</w:t>
      </w:r>
      <w:r>
        <w:rPr>
          <w:lang w:eastAsia="ja-JP"/>
        </w:rPr>
        <w:t>年版全体の調達は</w:t>
      </w:r>
      <w:r>
        <w:rPr>
          <w:lang w:eastAsia="ja-JP"/>
        </w:rPr>
        <w:t>12,000</w:t>
      </w:r>
      <w:r>
        <w:rPr>
          <w:lang w:eastAsia="ja-JP"/>
        </w:rPr>
        <w:t>冊。</w:t>
      </w:r>
    </w:p>
    <w:p w14:paraId="16383617" w14:textId="77777777" w:rsidR="00C937A9" w:rsidRDefault="00D02F34">
      <w:pPr>
        <w:spacing w:after="60" w:line="252" w:lineRule="auto"/>
        <w:rPr>
          <w:lang w:eastAsia="ja-JP"/>
        </w:rPr>
      </w:pPr>
      <w:r>
        <w:rPr>
          <w:b/>
          <w:color w:val="C00000"/>
          <w:lang w:eastAsia="ja-JP"/>
        </w:rPr>
        <w:t>なお未回答・要確認：</w:t>
      </w:r>
      <w:r>
        <w:rPr>
          <w:lang w:eastAsia="ja-JP"/>
        </w:rPr>
        <w:t>2021</w:t>
      </w:r>
      <w:r>
        <w:rPr>
          <w:lang w:eastAsia="ja-JP"/>
        </w:rPr>
        <w:t>～</w:t>
      </w:r>
      <w:r>
        <w:rPr>
          <w:lang w:eastAsia="ja-JP"/>
        </w:rPr>
        <w:t>2023</w:t>
      </w:r>
      <w:r>
        <w:rPr>
          <w:lang w:eastAsia="ja-JP"/>
        </w:rPr>
        <w:t>年版の制作費・印刷費等については、学校配布事業とは別に全体像を整理する必要がある。</w:t>
      </w:r>
    </w:p>
    <w:p w14:paraId="057FC75B" w14:textId="77777777" w:rsidR="00C937A9" w:rsidRDefault="00D02F34">
      <w:pPr>
        <w:pStyle w:val="SourceNote"/>
        <w:rPr>
          <w:lang w:eastAsia="ja-JP"/>
        </w:rPr>
      </w:pPr>
      <w:r>
        <w:rPr>
          <w:lang w:eastAsia="ja-JP"/>
        </w:rPr>
        <w:t>出典：</w:t>
      </w:r>
      <w:r>
        <w:rPr>
          <w:lang w:eastAsia="ja-JP"/>
        </w:rPr>
        <w:t>8/29</w:t>
      </w:r>
      <w:r>
        <w:rPr>
          <w:lang w:eastAsia="ja-JP"/>
        </w:rPr>
        <w:t>意見交換メモ／</w:t>
      </w:r>
      <w:r>
        <w:rPr>
          <w:lang w:eastAsia="ja-JP"/>
        </w:rPr>
        <w:t>9/25</w:t>
      </w:r>
      <w:r>
        <w:rPr>
          <w:lang w:eastAsia="ja-JP"/>
        </w:rPr>
        <w:t>防衛省提出資料／</w:t>
      </w:r>
      <w:r>
        <w:rPr>
          <w:lang w:eastAsia="ja-JP"/>
        </w:rPr>
        <w:t>10/29</w:t>
      </w:r>
      <w:r>
        <w:rPr>
          <w:lang w:eastAsia="ja-JP"/>
        </w:rPr>
        <w:t>防衛省提出資料</w:t>
      </w:r>
    </w:p>
    <w:p w14:paraId="120FADFA" w14:textId="77777777" w:rsidR="00C937A9" w:rsidRDefault="00D02F34">
      <w:pPr>
        <w:pStyle w:val="1"/>
        <w:spacing w:before="180" w:after="80"/>
        <w:rPr>
          <w:lang w:eastAsia="ja-JP"/>
        </w:rPr>
      </w:pPr>
      <w:r>
        <w:rPr>
          <w:lang w:eastAsia="ja-JP"/>
        </w:rPr>
        <w:t>13</w:t>
      </w:r>
      <w:r>
        <w:rPr>
          <w:lang w:eastAsia="ja-JP"/>
        </w:rPr>
        <w:t>．一般販売部数</w:t>
      </w:r>
    </w:p>
    <w:p w14:paraId="7E9200F8" w14:textId="77777777" w:rsidR="00C937A9" w:rsidRDefault="00D02F34">
      <w:pPr>
        <w:pStyle w:val="Question"/>
        <w:keepNext/>
        <w:rPr>
          <w:lang w:eastAsia="ja-JP"/>
        </w:rPr>
      </w:pPr>
      <w:r>
        <w:rPr>
          <w:lang w:eastAsia="ja-JP"/>
        </w:rPr>
        <w:t>質問の趣旨：</w:t>
      </w:r>
      <w:r>
        <w:rPr>
          <w:lang w:eastAsia="ja-JP"/>
        </w:rPr>
        <w:t>学校配布以外に一般向けにどの程度流通・販売されていたのか。</w:t>
      </w:r>
    </w:p>
    <w:tbl>
      <w:tblPr>
        <w:tblStyle w:val="afe"/>
        <w:tblW w:w="0" w:type="auto"/>
        <w:tblLayout w:type="fixed"/>
        <w:tblLook w:val="04A0" w:firstRow="1" w:lastRow="0" w:firstColumn="1" w:lastColumn="0" w:noHBand="0" w:noVBand="1"/>
      </w:tblPr>
      <w:tblGrid>
        <w:gridCol w:w="1587"/>
        <w:gridCol w:w="8503"/>
      </w:tblGrid>
      <w:tr w:rsidR="00C937A9" w14:paraId="4303D5AB" w14:textId="77777777">
        <w:trPr>
          <w:cantSplit/>
          <w:tblHeader/>
        </w:trPr>
        <w:tc>
          <w:tcPr>
            <w:tcW w:w="1587" w:type="dxa"/>
            <w:shd w:val="clear" w:color="auto" w:fill="D9EAF7"/>
            <w:vAlign w:val="center"/>
          </w:tcPr>
          <w:p w14:paraId="423C304A" w14:textId="77777777" w:rsidR="00C937A9" w:rsidRDefault="00D02F34">
            <w:proofErr w:type="spellStart"/>
            <w:r>
              <w:rPr>
                <w:b/>
                <w:sz w:val="16"/>
              </w:rPr>
              <w:t>時点・資料</w:t>
            </w:r>
            <w:proofErr w:type="spellEnd"/>
          </w:p>
        </w:tc>
        <w:tc>
          <w:tcPr>
            <w:tcW w:w="8503" w:type="dxa"/>
            <w:shd w:val="clear" w:color="auto" w:fill="D9EAF7"/>
            <w:vAlign w:val="center"/>
          </w:tcPr>
          <w:p w14:paraId="1A156D03" w14:textId="77777777" w:rsidR="00C937A9" w:rsidRDefault="00D02F34">
            <w:pPr>
              <w:rPr>
                <w:lang w:eastAsia="ja-JP"/>
              </w:rPr>
            </w:pPr>
            <w:r>
              <w:rPr>
                <w:b/>
                <w:sz w:val="17"/>
                <w:lang w:eastAsia="ja-JP"/>
              </w:rPr>
              <w:t>回答・確認できた内容</w:t>
            </w:r>
          </w:p>
        </w:tc>
      </w:tr>
      <w:tr w:rsidR="00C937A9" w14:paraId="105CAD40" w14:textId="77777777">
        <w:trPr>
          <w:cantSplit/>
        </w:trPr>
        <w:tc>
          <w:tcPr>
            <w:tcW w:w="1587" w:type="dxa"/>
            <w:tcMar>
              <w:top w:w="90" w:type="dxa"/>
              <w:left w:w="100" w:type="dxa"/>
              <w:bottom w:w="90" w:type="dxa"/>
              <w:right w:w="100" w:type="dxa"/>
            </w:tcMar>
          </w:tcPr>
          <w:p w14:paraId="0528E933" w14:textId="77777777" w:rsidR="00C937A9" w:rsidRDefault="00D02F34">
            <w:r>
              <w:rPr>
                <w:sz w:val="16"/>
              </w:rPr>
              <w:t xml:space="preserve">2025/9/25 </w:t>
            </w:r>
            <w:r>
              <w:rPr>
                <w:sz w:val="16"/>
              </w:rPr>
              <w:t>防衛省</w:t>
            </w:r>
          </w:p>
        </w:tc>
        <w:tc>
          <w:tcPr>
            <w:tcW w:w="8503" w:type="dxa"/>
            <w:tcMar>
              <w:top w:w="90" w:type="dxa"/>
              <w:left w:w="100" w:type="dxa"/>
              <w:bottom w:w="90" w:type="dxa"/>
              <w:right w:w="100" w:type="dxa"/>
            </w:tcMar>
          </w:tcPr>
          <w:p w14:paraId="0D870878" w14:textId="77777777" w:rsidR="00C937A9" w:rsidRDefault="00D02F34">
            <w:pPr>
              <w:rPr>
                <w:lang w:eastAsia="ja-JP"/>
              </w:rPr>
            </w:pPr>
            <w:r>
              <w:rPr>
                <w:sz w:val="17"/>
                <w:lang w:eastAsia="ja-JP"/>
              </w:rPr>
              <w:t>発行事業者による部数として、第</w:t>
            </w:r>
            <w:r>
              <w:rPr>
                <w:sz w:val="17"/>
                <w:lang w:eastAsia="ja-JP"/>
              </w:rPr>
              <w:t>1</w:t>
            </w:r>
            <w:r>
              <w:rPr>
                <w:sz w:val="17"/>
                <w:lang w:eastAsia="ja-JP"/>
              </w:rPr>
              <w:t>版</w:t>
            </w:r>
            <w:r>
              <w:rPr>
                <w:sz w:val="17"/>
                <w:lang w:eastAsia="ja-JP"/>
              </w:rPr>
              <w:t>1,577</w:t>
            </w:r>
            <w:r>
              <w:rPr>
                <w:sz w:val="17"/>
                <w:lang w:eastAsia="ja-JP"/>
              </w:rPr>
              <w:t>部、第</w:t>
            </w:r>
            <w:r>
              <w:rPr>
                <w:sz w:val="17"/>
                <w:lang w:eastAsia="ja-JP"/>
              </w:rPr>
              <w:t>2</w:t>
            </w:r>
            <w:r>
              <w:rPr>
                <w:sz w:val="17"/>
                <w:lang w:eastAsia="ja-JP"/>
              </w:rPr>
              <w:t>版</w:t>
            </w:r>
            <w:r>
              <w:rPr>
                <w:sz w:val="17"/>
                <w:lang w:eastAsia="ja-JP"/>
              </w:rPr>
              <w:t>1,378</w:t>
            </w:r>
            <w:r>
              <w:rPr>
                <w:sz w:val="17"/>
                <w:lang w:eastAsia="ja-JP"/>
              </w:rPr>
              <w:t>部、第</w:t>
            </w:r>
            <w:r>
              <w:rPr>
                <w:sz w:val="17"/>
                <w:lang w:eastAsia="ja-JP"/>
              </w:rPr>
              <w:t>3</w:t>
            </w:r>
            <w:r>
              <w:rPr>
                <w:sz w:val="17"/>
                <w:lang w:eastAsia="ja-JP"/>
              </w:rPr>
              <w:t>版</w:t>
            </w:r>
            <w:r>
              <w:rPr>
                <w:sz w:val="17"/>
                <w:lang w:eastAsia="ja-JP"/>
              </w:rPr>
              <w:t>1,104</w:t>
            </w:r>
            <w:r>
              <w:rPr>
                <w:sz w:val="17"/>
                <w:lang w:eastAsia="ja-JP"/>
              </w:rPr>
              <w:t>部、</w:t>
            </w:r>
            <w:r>
              <w:rPr>
                <w:sz w:val="17"/>
                <w:lang w:eastAsia="ja-JP"/>
              </w:rPr>
              <w:t>2024</w:t>
            </w:r>
            <w:r>
              <w:rPr>
                <w:sz w:val="17"/>
                <w:lang w:eastAsia="ja-JP"/>
              </w:rPr>
              <w:t>年版</w:t>
            </w:r>
            <w:r>
              <w:rPr>
                <w:sz w:val="17"/>
                <w:lang w:eastAsia="ja-JP"/>
              </w:rPr>
              <w:t>812</w:t>
            </w:r>
            <w:r>
              <w:rPr>
                <w:sz w:val="17"/>
                <w:lang w:eastAsia="ja-JP"/>
              </w:rPr>
              <w:t>部（返本未了のため出荷数）、</w:t>
            </w:r>
            <w:r>
              <w:rPr>
                <w:sz w:val="17"/>
                <w:lang w:eastAsia="ja-JP"/>
              </w:rPr>
              <w:t>2025</w:t>
            </w:r>
            <w:r>
              <w:rPr>
                <w:sz w:val="17"/>
                <w:lang w:eastAsia="ja-JP"/>
              </w:rPr>
              <w:t>年版に相当する「まるわかり！日本の防衛」は発行部数</w:t>
            </w:r>
            <w:r>
              <w:rPr>
                <w:sz w:val="17"/>
                <w:lang w:eastAsia="ja-JP"/>
              </w:rPr>
              <w:t>2,000</w:t>
            </w:r>
            <w:r>
              <w:rPr>
                <w:sz w:val="17"/>
                <w:lang w:eastAsia="ja-JP"/>
              </w:rPr>
              <w:t>部と回答。</w:t>
            </w:r>
          </w:p>
        </w:tc>
      </w:tr>
    </w:tbl>
    <w:p w14:paraId="4E6F38EE" w14:textId="77777777" w:rsidR="00C937A9" w:rsidRDefault="00C937A9">
      <w:pPr>
        <w:spacing w:after="60" w:line="252" w:lineRule="auto"/>
        <w:rPr>
          <w:lang w:eastAsia="ja-JP"/>
        </w:rPr>
      </w:pPr>
    </w:p>
    <w:p w14:paraId="1BE7E3A5" w14:textId="77777777" w:rsidR="00C937A9" w:rsidRDefault="00D02F34">
      <w:pPr>
        <w:pStyle w:val="SummaryBox"/>
        <w:keepNext/>
        <w:rPr>
          <w:lang w:eastAsia="ja-JP"/>
        </w:rPr>
      </w:pPr>
      <w:r>
        <w:rPr>
          <w:lang w:eastAsia="ja-JP"/>
        </w:rPr>
        <w:t>現時点で分かったこと：</w:t>
      </w:r>
      <w:r>
        <w:rPr>
          <w:lang w:eastAsia="ja-JP"/>
        </w:rPr>
        <w:t>学校配布とは別に一般流通分があり、年度版・版ごとの販売・発行規模が示されている。</w:t>
      </w:r>
    </w:p>
    <w:p w14:paraId="2A14FAF9" w14:textId="77777777" w:rsidR="00C937A9" w:rsidRDefault="00D02F34">
      <w:pPr>
        <w:spacing w:after="60" w:line="252" w:lineRule="auto"/>
        <w:rPr>
          <w:lang w:eastAsia="ja-JP"/>
        </w:rPr>
      </w:pPr>
      <w:r>
        <w:rPr>
          <w:b/>
          <w:color w:val="C00000"/>
          <w:lang w:eastAsia="ja-JP"/>
        </w:rPr>
        <w:t>なお未回答・要確認：</w:t>
      </w:r>
      <w:r>
        <w:rPr>
          <w:lang w:eastAsia="ja-JP"/>
        </w:rPr>
        <w:t>2024</w:t>
      </w:r>
      <w:r>
        <w:rPr>
          <w:lang w:eastAsia="ja-JP"/>
        </w:rPr>
        <w:t>年版</w:t>
      </w:r>
      <w:r>
        <w:rPr>
          <w:lang w:eastAsia="ja-JP"/>
        </w:rPr>
        <w:t>812</w:t>
      </w:r>
      <w:r>
        <w:rPr>
          <w:lang w:eastAsia="ja-JP"/>
        </w:rPr>
        <w:t>部は確定販売数ではなく出荷数。最終販売数の確定値。</w:t>
      </w:r>
    </w:p>
    <w:p w14:paraId="01ECE79F" w14:textId="77777777" w:rsidR="00C937A9" w:rsidRDefault="00D02F34">
      <w:pPr>
        <w:pStyle w:val="SourceNote"/>
        <w:rPr>
          <w:lang w:eastAsia="ja-JP"/>
        </w:rPr>
      </w:pPr>
      <w:r>
        <w:rPr>
          <w:lang w:eastAsia="ja-JP"/>
        </w:rPr>
        <w:t>出典：</w:t>
      </w:r>
      <w:r>
        <w:rPr>
          <w:lang w:eastAsia="ja-JP"/>
        </w:rPr>
        <w:t>9/25</w:t>
      </w:r>
      <w:r>
        <w:rPr>
          <w:lang w:eastAsia="ja-JP"/>
        </w:rPr>
        <w:t>防衛省提出資料</w:t>
      </w:r>
    </w:p>
    <w:p w14:paraId="787E64F9" w14:textId="77777777" w:rsidR="00C937A9" w:rsidRDefault="00D02F34">
      <w:pPr>
        <w:pStyle w:val="1"/>
        <w:spacing w:before="180" w:after="80"/>
        <w:rPr>
          <w:lang w:eastAsia="ja-JP"/>
        </w:rPr>
      </w:pPr>
      <w:r>
        <w:rPr>
          <w:lang w:eastAsia="ja-JP"/>
        </w:rPr>
        <w:t>14</w:t>
      </w:r>
      <w:r>
        <w:rPr>
          <w:lang w:eastAsia="ja-JP"/>
        </w:rPr>
        <w:t>．抑止力の記述とウクライナ侵略の説明</w:t>
      </w:r>
    </w:p>
    <w:p w14:paraId="23F496BA" w14:textId="77777777" w:rsidR="00C937A9" w:rsidRDefault="00D02F34">
      <w:pPr>
        <w:pStyle w:val="Question"/>
        <w:keepNext/>
        <w:rPr>
          <w:lang w:eastAsia="ja-JP"/>
        </w:rPr>
      </w:pPr>
      <w:r>
        <w:rPr>
          <w:lang w:eastAsia="ja-JP"/>
        </w:rPr>
        <w:t>質問の趣旨：</w:t>
      </w:r>
      <w:r>
        <w:rPr>
          <w:lang w:eastAsia="ja-JP"/>
        </w:rPr>
        <w:t>「抑止力を強くする」とは何を意味するのか。ウクライナについて「抑止できなかった」とする説明を子ども向け冊子にどう位置付けているのか。</w:t>
      </w:r>
    </w:p>
    <w:tbl>
      <w:tblPr>
        <w:tblStyle w:val="afe"/>
        <w:tblW w:w="0" w:type="auto"/>
        <w:tblLayout w:type="fixed"/>
        <w:tblLook w:val="04A0" w:firstRow="1" w:lastRow="0" w:firstColumn="1" w:lastColumn="0" w:noHBand="0" w:noVBand="1"/>
      </w:tblPr>
      <w:tblGrid>
        <w:gridCol w:w="1587"/>
        <w:gridCol w:w="8503"/>
      </w:tblGrid>
      <w:tr w:rsidR="00C937A9" w14:paraId="26E231C6" w14:textId="77777777">
        <w:trPr>
          <w:cantSplit/>
          <w:tblHeader/>
        </w:trPr>
        <w:tc>
          <w:tcPr>
            <w:tcW w:w="1587" w:type="dxa"/>
            <w:shd w:val="clear" w:color="auto" w:fill="D9EAF7"/>
            <w:vAlign w:val="center"/>
          </w:tcPr>
          <w:p w14:paraId="7947281F" w14:textId="77777777" w:rsidR="00C937A9" w:rsidRDefault="00D02F34">
            <w:proofErr w:type="spellStart"/>
            <w:r>
              <w:rPr>
                <w:b/>
                <w:sz w:val="16"/>
              </w:rPr>
              <w:t>時点・資料</w:t>
            </w:r>
            <w:proofErr w:type="spellEnd"/>
          </w:p>
        </w:tc>
        <w:tc>
          <w:tcPr>
            <w:tcW w:w="8503" w:type="dxa"/>
            <w:shd w:val="clear" w:color="auto" w:fill="D9EAF7"/>
            <w:vAlign w:val="center"/>
          </w:tcPr>
          <w:p w14:paraId="39DB2333" w14:textId="77777777" w:rsidR="00C937A9" w:rsidRDefault="00D02F34">
            <w:pPr>
              <w:rPr>
                <w:lang w:eastAsia="ja-JP"/>
              </w:rPr>
            </w:pPr>
            <w:r>
              <w:rPr>
                <w:b/>
                <w:sz w:val="17"/>
                <w:lang w:eastAsia="ja-JP"/>
              </w:rPr>
              <w:t>回答・確認できた内容</w:t>
            </w:r>
          </w:p>
        </w:tc>
      </w:tr>
      <w:tr w:rsidR="00C937A9" w14:paraId="1874ACB5" w14:textId="77777777">
        <w:trPr>
          <w:cantSplit/>
        </w:trPr>
        <w:tc>
          <w:tcPr>
            <w:tcW w:w="1587" w:type="dxa"/>
            <w:tcMar>
              <w:top w:w="90" w:type="dxa"/>
              <w:left w:w="100" w:type="dxa"/>
              <w:bottom w:w="90" w:type="dxa"/>
              <w:right w:w="100" w:type="dxa"/>
            </w:tcMar>
          </w:tcPr>
          <w:p w14:paraId="4E9C2F07" w14:textId="77777777" w:rsidR="00C937A9" w:rsidRDefault="00D02F34">
            <w:r>
              <w:rPr>
                <w:sz w:val="16"/>
              </w:rPr>
              <w:t xml:space="preserve">2025/8/29 </w:t>
            </w:r>
            <w:proofErr w:type="spellStart"/>
            <w:r>
              <w:rPr>
                <w:sz w:val="16"/>
              </w:rPr>
              <w:t>意見交換</w:t>
            </w:r>
            <w:proofErr w:type="spellEnd"/>
          </w:p>
        </w:tc>
        <w:tc>
          <w:tcPr>
            <w:tcW w:w="8503" w:type="dxa"/>
            <w:tcMar>
              <w:top w:w="90" w:type="dxa"/>
              <w:left w:w="100" w:type="dxa"/>
              <w:bottom w:w="90" w:type="dxa"/>
              <w:right w:w="100" w:type="dxa"/>
            </w:tcMar>
          </w:tcPr>
          <w:p w14:paraId="58C4FEED" w14:textId="77777777" w:rsidR="00C937A9" w:rsidRDefault="00D02F34">
            <w:pPr>
              <w:rPr>
                <w:lang w:eastAsia="ja-JP"/>
              </w:rPr>
            </w:pPr>
            <w:r>
              <w:rPr>
                <w:sz w:val="17"/>
                <w:lang w:eastAsia="ja-JP"/>
              </w:rPr>
              <w:t>「どれぐらいやったら抑止力が強くなるのか」との質問に具体的基準は示さず、冊子は安全保障環境や自衛隊の理解のためのものと説明。</w:t>
            </w:r>
          </w:p>
        </w:tc>
      </w:tr>
      <w:tr w:rsidR="00C937A9" w14:paraId="51389703" w14:textId="77777777">
        <w:trPr>
          <w:cantSplit/>
        </w:trPr>
        <w:tc>
          <w:tcPr>
            <w:tcW w:w="1587" w:type="dxa"/>
            <w:tcMar>
              <w:top w:w="90" w:type="dxa"/>
              <w:left w:w="100" w:type="dxa"/>
              <w:bottom w:w="90" w:type="dxa"/>
              <w:right w:w="100" w:type="dxa"/>
            </w:tcMar>
          </w:tcPr>
          <w:p w14:paraId="4F1250BA" w14:textId="77777777" w:rsidR="00C937A9" w:rsidRDefault="00D02F34">
            <w:r>
              <w:rPr>
                <w:sz w:val="16"/>
              </w:rPr>
              <w:t xml:space="preserve">2025/9/25 </w:t>
            </w:r>
            <w:r>
              <w:rPr>
                <w:sz w:val="16"/>
              </w:rPr>
              <w:t>防衛省</w:t>
            </w:r>
          </w:p>
        </w:tc>
        <w:tc>
          <w:tcPr>
            <w:tcW w:w="8503" w:type="dxa"/>
            <w:tcMar>
              <w:top w:w="90" w:type="dxa"/>
              <w:left w:w="100" w:type="dxa"/>
              <w:bottom w:w="90" w:type="dxa"/>
              <w:right w:w="100" w:type="dxa"/>
            </w:tcMar>
          </w:tcPr>
          <w:p w14:paraId="0CAFD986" w14:textId="77777777" w:rsidR="00C937A9" w:rsidRDefault="00D02F34">
            <w:pPr>
              <w:rPr>
                <w:lang w:eastAsia="ja-JP"/>
              </w:rPr>
            </w:pPr>
            <w:r>
              <w:rPr>
                <w:sz w:val="17"/>
                <w:lang w:eastAsia="ja-JP"/>
              </w:rPr>
              <w:t>ロシアの侵略を思いとどまらせ、抑止できなかったという意味で、ウクライナが保有していた防衛能力は少なくとも十分ではなかったと考えると回答。日本については、防衛力を抜本的に強化し、日米同盟の抑止力・対処力や同志国等との連携を強化することで侵攻を抑止すると説明。</w:t>
            </w:r>
          </w:p>
        </w:tc>
      </w:tr>
      <w:tr w:rsidR="00C937A9" w14:paraId="0095DCC3" w14:textId="77777777">
        <w:trPr>
          <w:cantSplit/>
        </w:trPr>
        <w:tc>
          <w:tcPr>
            <w:tcW w:w="1587" w:type="dxa"/>
            <w:tcMar>
              <w:top w:w="90" w:type="dxa"/>
              <w:left w:w="100" w:type="dxa"/>
              <w:bottom w:w="90" w:type="dxa"/>
              <w:right w:w="100" w:type="dxa"/>
            </w:tcMar>
          </w:tcPr>
          <w:p w14:paraId="030623D0" w14:textId="77777777" w:rsidR="00C937A9" w:rsidRDefault="00D02F34">
            <w:proofErr w:type="spellStart"/>
            <w:r>
              <w:rPr>
                <w:sz w:val="16"/>
              </w:rPr>
              <w:t>文科省正式回答</w:t>
            </w:r>
            <w:proofErr w:type="spellEnd"/>
          </w:p>
        </w:tc>
        <w:tc>
          <w:tcPr>
            <w:tcW w:w="8503" w:type="dxa"/>
            <w:tcMar>
              <w:top w:w="90" w:type="dxa"/>
              <w:left w:w="100" w:type="dxa"/>
              <w:bottom w:w="90" w:type="dxa"/>
              <w:right w:w="100" w:type="dxa"/>
            </w:tcMar>
          </w:tcPr>
          <w:p w14:paraId="1D988E40" w14:textId="77777777" w:rsidR="00C937A9" w:rsidRDefault="00D02F34">
            <w:pPr>
              <w:rPr>
                <w:lang w:eastAsia="ja-JP"/>
              </w:rPr>
            </w:pPr>
            <w:r>
              <w:rPr>
                <w:sz w:val="17"/>
                <w:lang w:eastAsia="ja-JP"/>
              </w:rPr>
              <w:t>「抑止力の強化」については文部科学省の所管外のため、見解を示すことを差し控えると回答。</w:t>
            </w:r>
          </w:p>
        </w:tc>
      </w:tr>
    </w:tbl>
    <w:p w14:paraId="1042CF1A" w14:textId="77777777" w:rsidR="00C937A9" w:rsidRDefault="00C937A9">
      <w:pPr>
        <w:spacing w:after="60" w:line="252" w:lineRule="auto"/>
        <w:rPr>
          <w:lang w:eastAsia="ja-JP"/>
        </w:rPr>
      </w:pPr>
    </w:p>
    <w:p w14:paraId="6E0FDD01" w14:textId="77777777" w:rsidR="00C937A9" w:rsidRDefault="00D02F34">
      <w:pPr>
        <w:pStyle w:val="SummaryBox"/>
        <w:keepNext/>
        <w:rPr>
          <w:lang w:eastAsia="ja-JP"/>
        </w:rPr>
      </w:pPr>
      <w:r>
        <w:rPr>
          <w:lang w:eastAsia="ja-JP"/>
        </w:rPr>
        <w:t>現時点で分かったこと：</w:t>
      </w:r>
      <w:r>
        <w:rPr>
          <w:lang w:eastAsia="ja-JP"/>
        </w:rPr>
        <w:t>防衛省は抑止力を防衛力強化、日米同盟、同志国連携等と結び付けて説明している。文科省は内容面の見解を示していない。</w:t>
      </w:r>
    </w:p>
    <w:p w14:paraId="719E5C6B" w14:textId="77777777" w:rsidR="00C937A9" w:rsidRDefault="00D02F34">
      <w:pPr>
        <w:spacing w:after="60" w:line="252" w:lineRule="auto"/>
        <w:rPr>
          <w:lang w:eastAsia="ja-JP"/>
        </w:rPr>
      </w:pPr>
      <w:r>
        <w:rPr>
          <w:b/>
          <w:color w:val="C00000"/>
          <w:lang w:eastAsia="ja-JP"/>
        </w:rPr>
        <w:t>なお未回答・要確認：</w:t>
      </w:r>
      <w:r>
        <w:rPr>
          <w:lang w:eastAsia="ja-JP"/>
        </w:rPr>
        <w:t>小学生向け資料として、この安全保障上の評価をどのように教育的に検証したか。</w:t>
      </w:r>
    </w:p>
    <w:p w14:paraId="634C706D" w14:textId="77777777" w:rsidR="00C937A9" w:rsidRDefault="00D02F34">
      <w:pPr>
        <w:pStyle w:val="SourceNote"/>
        <w:rPr>
          <w:lang w:eastAsia="ja-JP"/>
        </w:rPr>
      </w:pPr>
      <w:r>
        <w:rPr>
          <w:lang w:eastAsia="ja-JP"/>
        </w:rPr>
        <w:t>出典：</w:t>
      </w:r>
      <w:r>
        <w:rPr>
          <w:lang w:eastAsia="ja-JP"/>
        </w:rPr>
        <w:t>8/29</w:t>
      </w:r>
      <w:r>
        <w:rPr>
          <w:lang w:eastAsia="ja-JP"/>
        </w:rPr>
        <w:t>意見交換メモ／</w:t>
      </w:r>
      <w:r>
        <w:rPr>
          <w:lang w:eastAsia="ja-JP"/>
        </w:rPr>
        <w:t>9/25</w:t>
      </w:r>
      <w:r>
        <w:rPr>
          <w:lang w:eastAsia="ja-JP"/>
        </w:rPr>
        <w:t>防衛省提出資料／文科省回答</w:t>
      </w:r>
    </w:p>
    <w:p w14:paraId="0681F3AC" w14:textId="77777777" w:rsidR="00C937A9" w:rsidRDefault="00D02F34">
      <w:pPr>
        <w:pStyle w:val="1"/>
        <w:spacing w:before="180" w:after="80"/>
        <w:rPr>
          <w:lang w:eastAsia="ja-JP"/>
        </w:rPr>
      </w:pPr>
      <w:r>
        <w:rPr>
          <w:lang w:eastAsia="ja-JP"/>
        </w:rPr>
        <w:t>15</w:t>
      </w:r>
      <w:r>
        <w:rPr>
          <w:lang w:eastAsia="ja-JP"/>
        </w:rPr>
        <w:t>．学校図書館に置いた後の取扱い・撤去判断</w:t>
      </w:r>
    </w:p>
    <w:p w14:paraId="426DBA71" w14:textId="77777777" w:rsidR="00C937A9" w:rsidRDefault="00D02F34">
      <w:pPr>
        <w:pStyle w:val="Question"/>
        <w:keepNext/>
        <w:rPr>
          <w:lang w:eastAsia="ja-JP"/>
        </w:rPr>
      </w:pPr>
      <w:r>
        <w:rPr>
          <w:lang w:eastAsia="ja-JP"/>
        </w:rPr>
        <w:t>質問の趣旨：</w:t>
      </w:r>
      <w:r>
        <w:rPr>
          <w:lang w:eastAsia="ja-JP"/>
        </w:rPr>
        <w:t>学校が一度設置した図書でも、問題があると判断した場合に設置・閲覧をやめることはあり得るのか。</w:t>
      </w:r>
    </w:p>
    <w:tbl>
      <w:tblPr>
        <w:tblStyle w:val="afe"/>
        <w:tblW w:w="0" w:type="auto"/>
        <w:tblLayout w:type="fixed"/>
        <w:tblLook w:val="04A0" w:firstRow="1" w:lastRow="0" w:firstColumn="1" w:lastColumn="0" w:noHBand="0" w:noVBand="1"/>
      </w:tblPr>
      <w:tblGrid>
        <w:gridCol w:w="1587"/>
        <w:gridCol w:w="8503"/>
      </w:tblGrid>
      <w:tr w:rsidR="00C937A9" w14:paraId="54E4EEC3" w14:textId="77777777">
        <w:trPr>
          <w:cantSplit/>
          <w:tblHeader/>
        </w:trPr>
        <w:tc>
          <w:tcPr>
            <w:tcW w:w="1587" w:type="dxa"/>
            <w:shd w:val="clear" w:color="auto" w:fill="D9EAF7"/>
            <w:vAlign w:val="center"/>
          </w:tcPr>
          <w:p w14:paraId="06965A4B" w14:textId="77777777" w:rsidR="00C937A9" w:rsidRDefault="00D02F34">
            <w:proofErr w:type="spellStart"/>
            <w:r>
              <w:rPr>
                <w:b/>
                <w:sz w:val="16"/>
              </w:rPr>
              <w:t>時点・資料</w:t>
            </w:r>
            <w:proofErr w:type="spellEnd"/>
          </w:p>
        </w:tc>
        <w:tc>
          <w:tcPr>
            <w:tcW w:w="8503" w:type="dxa"/>
            <w:shd w:val="clear" w:color="auto" w:fill="D9EAF7"/>
            <w:vAlign w:val="center"/>
          </w:tcPr>
          <w:p w14:paraId="5112AF89" w14:textId="77777777" w:rsidR="00C937A9" w:rsidRDefault="00D02F34">
            <w:pPr>
              <w:rPr>
                <w:lang w:eastAsia="ja-JP"/>
              </w:rPr>
            </w:pPr>
            <w:r>
              <w:rPr>
                <w:b/>
                <w:sz w:val="17"/>
                <w:lang w:eastAsia="ja-JP"/>
              </w:rPr>
              <w:t>回答・確認できた内容</w:t>
            </w:r>
          </w:p>
        </w:tc>
      </w:tr>
      <w:tr w:rsidR="00C937A9" w14:paraId="491372E8" w14:textId="77777777">
        <w:trPr>
          <w:cantSplit/>
        </w:trPr>
        <w:tc>
          <w:tcPr>
            <w:tcW w:w="1587" w:type="dxa"/>
            <w:tcMar>
              <w:top w:w="90" w:type="dxa"/>
              <w:left w:w="100" w:type="dxa"/>
              <w:bottom w:w="90" w:type="dxa"/>
              <w:right w:w="100" w:type="dxa"/>
            </w:tcMar>
          </w:tcPr>
          <w:p w14:paraId="6DA8A06E" w14:textId="77777777" w:rsidR="00C937A9" w:rsidRDefault="00D02F34">
            <w:r>
              <w:rPr>
                <w:sz w:val="16"/>
              </w:rPr>
              <w:t xml:space="preserve">2025/8/29 </w:t>
            </w:r>
            <w:proofErr w:type="spellStart"/>
            <w:r>
              <w:rPr>
                <w:sz w:val="16"/>
              </w:rPr>
              <w:t>意見交換</w:t>
            </w:r>
            <w:proofErr w:type="spellEnd"/>
          </w:p>
        </w:tc>
        <w:tc>
          <w:tcPr>
            <w:tcW w:w="8503" w:type="dxa"/>
            <w:tcMar>
              <w:top w:w="90" w:type="dxa"/>
              <w:left w:w="100" w:type="dxa"/>
              <w:bottom w:w="90" w:type="dxa"/>
              <w:right w:w="100" w:type="dxa"/>
            </w:tcMar>
          </w:tcPr>
          <w:p w14:paraId="791F83E2" w14:textId="77777777" w:rsidR="00C937A9" w:rsidRDefault="00D02F34">
            <w:pPr>
              <w:rPr>
                <w:lang w:eastAsia="ja-JP"/>
              </w:rPr>
            </w:pPr>
            <w:r>
              <w:rPr>
                <w:sz w:val="17"/>
                <w:lang w:eastAsia="ja-JP"/>
              </w:rPr>
              <w:t>文科省は、問題になった事例があるかは分からないと回答し、再質問となった。</w:t>
            </w:r>
          </w:p>
        </w:tc>
      </w:tr>
      <w:tr w:rsidR="00C937A9" w14:paraId="5339D986" w14:textId="77777777">
        <w:trPr>
          <w:cantSplit/>
        </w:trPr>
        <w:tc>
          <w:tcPr>
            <w:tcW w:w="1587" w:type="dxa"/>
            <w:tcMar>
              <w:top w:w="90" w:type="dxa"/>
              <w:left w:w="100" w:type="dxa"/>
              <w:bottom w:w="90" w:type="dxa"/>
              <w:right w:w="100" w:type="dxa"/>
            </w:tcMar>
          </w:tcPr>
          <w:p w14:paraId="0A2C073A" w14:textId="77777777" w:rsidR="00C937A9" w:rsidRDefault="00D02F34">
            <w:proofErr w:type="spellStart"/>
            <w:r>
              <w:rPr>
                <w:sz w:val="16"/>
              </w:rPr>
              <w:t>文科省正式回答</w:t>
            </w:r>
            <w:proofErr w:type="spellEnd"/>
          </w:p>
        </w:tc>
        <w:tc>
          <w:tcPr>
            <w:tcW w:w="8503" w:type="dxa"/>
            <w:tcMar>
              <w:top w:w="90" w:type="dxa"/>
              <w:left w:w="100" w:type="dxa"/>
              <w:bottom w:w="90" w:type="dxa"/>
              <w:right w:w="100" w:type="dxa"/>
            </w:tcMar>
          </w:tcPr>
          <w:p w14:paraId="561DE07C" w14:textId="77777777" w:rsidR="00C937A9" w:rsidRDefault="00D02F34">
            <w:pPr>
              <w:rPr>
                <w:lang w:eastAsia="ja-JP"/>
              </w:rPr>
            </w:pPr>
            <w:r>
              <w:rPr>
                <w:sz w:val="17"/>
                <w:lang w:eastAsia="ja-JP"/>
              </w:rPr>
              <w:t>2013</w:t>
            </w:r>
            <w:r>
              <w:rPr>
                <w:sz w:val="17"/>
                <w:lang w:eastAsia="ja-JP"/>
              </w:rPr>
              <w:t>年に松江市教育委員会が市内小中学校に漫画「はだしのゲン」の閲覧制限を要請し、後に撤回した事例を例示。一般論として、学校図書は地域・学校・児童生徒の実態等に応じ、教育委員会や校長が責任の下、教育的見地から有益適切なものとして取扱いを決めると回答。</w:t>
            </w:r>
          </w:p>
        </w:tc>
      </w:tr>
    </w:tbl>
    <w:p w14:paraId="6D5AD9C5" w14:textId="77777777" w:rsidR="00C937A9" w:rsidRDefault="00C937A9">
      <w:pPr>
        <w:spacing w:after="60" w:line="252" w:lineRule="auto"/>
        <w:rPr>
          <w:lang w:eastAsia="ja-JP"/>
        </w:rPr>
      </w:pPr>
    </w:p>
    <w:p w14:paraId="51615094" w14:textId="77777777" w:rsidR="00C937A9" w:rsidRDefault="00D02F34">
      <w:pPr>
        <w:pStyle w:val="SummaryBox"/>
        <w:keepNext/>
        <w:rPr>
          <w:lang w:eastAsia="ja-JP"/>
        </w:rPr>
      </w:pPr>
      <w:r>
        <w:rPr>
          <w:lang w:eastAsia="ja-JP"/>
        </w:rPr>
        <w:t>現時点で分かったこと：</w:t>
      </w:r>
      <w:r>
        <w:rPr>
          <w:lang w:eastAsia="ja-JP"/>
        </w:rPr>
        <w:t>学校図書館に一度置かれた資料であっても、その取扱いは教育委員会や校長が教育的見地から判断するというのが文科省の整理。</w:t>
      </w:r>
    </w:p>
    <w:p w14:paraId="1D5D1AE7" w14:textId="77777777" w:rsidR="00C937A9" w:rsidRDefault="00D02F34">
      <w:pPr>
        <w:spacing w:after="60" w:line="252" w:lineRule="auto"/>
        <w:rPr>
          <w:lang w:eastAsia="ja-JP"/>
        </w:rPr>
      </w:pPr>
      <w:r>
        <w:rPr>
          <w:b/>
          <w:color w:val="C00000"/>
          <w:lang w:eastAsia="ja-JP"/>
        </w:rPr>
        <w:t>なお未回答・要確認：</w:t>
      </w:r>
      <w:r>
        <w:rPr>
          <w:lang w:eastAsia="ja-JP"/>
        </w:rPr>
        <w:t>本冊子について各学校が撤去・閲覧制限等を判断した事例の有無。</w:t>
      </w:r>
    </w:p>
    <w:p w14:paraId="17DDE14B" w14:textId="77777777" w:rsidR="00C937A9" w:rsidRDefault="00D02F34">
      <w:pPr>
        <w:pStyle w:val="SourceNote"/>
        <w:rPr>
          <w:lang w:eastAsia="ja-JP"/>
        </w:rPr>
      </w:pPr>
      <w:r>
        <w:rPr>
          <w:lang w:eastAsia="ja-JP"/>
        </w:rPr>
        <w:t>出典：</w:t>
      </w:r>
      <w:r>
        <w:rPr>
          <w:lang w:eastAsia="ja-JP"/>
        </w:rPr>
        <w:t>8/29</w:t>
      </w:r>
      <w:r>
        <w:rPr>
          <w:lang w:eastAsia="ja-JP"/>
        </w:rPr>
        <w:t>意見交換メモ／文科省回答</w:t>
      </w:r>
    </w:p>
    <w:p w14:paraId="3618B7C3" w14:textId="77777777" w:rsidR="00C937A9" w:rsidRDefault="00D02F34">
      <w:pPr>
        <w:pStyle w:val="1"/>
        <w:spacing w:before="180" w:after="80"/>
        <w:rPr>
          <w:lang w:eastAsia="ja-JP"/>
        </w:rPr>
      </w:pPr>
      <w:r>
        <w:rPr>
          <w:lang w:eastAsia="ja-JP"/>
        </w:rPr>
        <w:t>16</w:t>
      </w:r>
      <w:r>
        <w:rPr>
          <w:lang w:eastAsia="ja-JP"/>
        </w:rPr>
        <w:t>．情報公開・行政文書の存在</w:t>
      </w:r>
    </w:p>
    <w:p w14:paraId="6D4E928C" w14:textId="77777777" w:rsidR="00C937A9" w:rsidRDefault="00D02F34">
      <w:pPr>
        <w:pStyle w:val="Question"/>
        <w:keepNext/>
        <w:rPr>
          <w:lang w:eastAsia="ja-JP"/>
        </w:rPr>
      </w:pPr>
      <w:r>
        <w:rPr>
          <w:lang w:eastAsia="ja-JP"/>
        </w:rPr>
        <w:t>質問の趣旨：</w:t>
      </w:r>
      <w:r>
        <w:rPr>
          <w:lang w:eastAsia="ja-JP"/>
        </w:rPr>
        <w:t>改訂過程や配布先に関する行政文書は存在するのか。情報公開請求をすれば開示されるのか。</w:t>
      </w:r>
    </w:p>
    <w:tbl>
      <w:tblPr>
        <w:tblStyle w:val="afe"/>
        <w:tblW w:w="0" w:type="auto"/>
        <w:tblLayout w:type="fixed"/>
        <w:tblLook w:val="04A0" w:firstRow="1" w:lastRow="0" w:firstColumn="1" w:lastColumn="0" w:noHBand="0" w:noVBand="1"/>
      </w:tblPr>
      <w:tblGrid>
        <w:gridCol w:w="1587"/>
        <w:gridCol w:w="8503"/>
      </w:tblGrid>
      <w:tr w:rsidR="00C937A9" w14:paraId="1C332D20" w14:textId="77777777">
        <w:trPr>
          <w:cantSplit/>
          <w:tblHeader/>
        </w:trPr>
        <w:tc>
          <w:tcPr>
            <w:tcW w:w="1587" w:type="dxa"/>
            <w:shd w:val="clear" w:color="auto" w:fill="D9EAF7"/>
            <w:vAlign w:val="center"/>
          </w:tcPr>
          <w:p w14:paraId="7A58F579" w14:textId="77777777" w:rsidR="00C937A9" w:rsidRDefault="00D02F34">
            <w:proofErr w:type="spellStart"/>
            <w:r>
              <w:rPr>
                <w:b/>
                <w:sz w:val="16"/>
              </w:rPr>
              <w:t>時点・資料</w:t>
            </w:r>
            <w:proofErr w:type="spellEnd"/>
          </w:p>
        </w:tc>
        <w:tc>
          <w:tcPr>
            <w:tcW w:w="8503" w:type="dxa"/>
            <w:shd w:val="clear" w:color="auto" w:fill="D9EAF7"/>
            <w:vAlign w:val="center"/>
          </w:tcPr>
          <w:p w14:paraId="41CE2376" w14:textId="77777777" w:rsidR="00C937A9" w:rsidRDefault="00D02F34">
            <w:pPr>
              <w:rPr>
                <w:lang w:eastAsia="ja-JP"/>
              </w:rPr>
            </w:pPr>
            <w:r>
              <w:rPr>
                <w:b/>
                <w:sz w:val="17"/>
                <w:lang w:eastAsia="ja-JP"/>
              </w:rPr>
              <w:t>回答・確認できた内容</w:t>
            </w:r>
          </w:p>
        </w:tc>
      </w:tr>
      <w:tr w:rsidR="00C937A9" w14:paraId="39342FED" w14:textId="77777777">
        <w:trPr>
          <w:cantSplit/>
        </w:trPr>
        <w:tc>
          <w:tcPr>
            <w:tcW w:w="1587" w:type="dxa"/>
            <w:tcMar>
              <w:top w:w="90" w:type="dxa"/>
              <w:left w:w="100" w:type="dxa"/>
              <w:bottom w:w="90" w:type="dxa"/>
              <w:right w:w="100" w:type="dxa"/>
            </w:tcMar>
          </w:tcPr>
          <w:p w14:paraId="7256F47F" w14:textId="77777777" w:rsidR="00C937A9" w:rsidRDefault="00D02F34">
            <w:r>
              <w:rPr>
                <w:sz w:val="16"/>
              </w:rPr>
              <w:t xml:space="preserve">2025/8/29 </w:t>
            </w:r>
            <w:proofErr w:type="spellStart"/>
            <w:r>
              <w:rPr>
                <w:sz w:val="16"/>
              </w:rPr>
              <w:t>意見交換</w:t>
            </w:r>
            <w:proofErr w:type="spellEnd"/>
          </w:p>
        </w:tc>
        <w:tc>
          <w:tcPr>
            <w:tcW w:w="8503" w:type="dxa"/>
            <w:tcMar>
              <w:top w:w="90" w:type="dxa"/>
              <w:left w:w="100" w:type="dxa"/>
              <w:bottom w:w="90" w:type="dxa"/>
              <w:right w:w="100" w:type="dxa"/>
            </w:tcMar>
          </w:tcPr>
          <w:p w14:paraId="0CEE9E1B" w14:textId="77777777" w:rsidR="00C937A9" w:rsidRDefault="00D02F34">
            <w:pPr>
              <w:rPr>
                <w:lang w:eastAsia="ja-JP"/>
              </w:rPr>
            </w:pPr>
            <w:r>
              <w:rPr>
                <w:sz w:val="17"/>
                <w:lang w:eastAsia="ja-JP"/>
              </w:rPr>
              <w:t>送付先は直接発送しているため把握していると説明。ただし、県数や詳細は回答しなかった。</w:t>
            </w:r>
          </w:p>
        </w:tc>
      </w:tr>
      <w:tr w:rsidR="00C937A9" w14:paraId="2CD27AD2" w14:textId="77777777">
        <w:trPr>
          <w:cantSplit/>
        </w:trPr>
        <w:tc>
          <w:tcPr>
            <w:tcW w:w="1587" w:type="dxa"/>
            <w:tcMar>
              <w:top w:w="90" w:type="dxa"/>
              <w:left w:w="100" w:type="dxa"/>
              <w:bottom w:w="90" w:type="dxa"/>
              <w:right w:w="100" w:type="dxa"/>
            </w:tcMar>
          </w:tcPr>
          <w:p w14:paraId="221F60D4" w14:textId="77777777" w:rsidR="00C937A9" w:rsidRDefault="00D02F34">
            <w:r>
              <w:rPr>
                <w:sz w:val="16"/>
              </w:rPr>
              <w:t xml:space="preserve">2025/10/29 </w:t>
            </w:r>
            <w:proofErr w:type="spellStart"/>
            <w:r>
              <w:rPr>
                <w:sz w:val="16"/>
              </w:rPr>
              <w:t>防衛省・改訂過程</w:t>
            </w:r>
            <w:proofErr w:type="spellEnd"/>
          </w:p>
        </w:tc>
        <w:tc>
          <w:tcPr>
            <w:tcW w:w="8503" w:type="dxa"/>
            <w:tcMar>
              <w:top w:w="90" w:type="dxa"/>
              <w:left w:w="100" w:type="dxa"/>
              <w:bottom w:w="90" w:type="dxa"/>
              <w:right w:w="100" w:type="dxa"/>
            </w:tcMar>
          </w:tcPr>
          <w:p w14:paraId="28D274AB" w14:textId="77777777" w:rsidR="00C937A9" w:rsidRDefault="00D02F34">
            <w:pPr>
              <w:rPr>
                <w:lang w:eastAsia="ja-JP"/>
              </w:rPr>
            </w:pPr>
            <w:r>
              <w:rPr>
                <w:sz w:val="17"/>
                <w:lang w:eastAsia="ja-JP"/>
              </w:rPr>
              <w:t>冊子作成に関する広報課内部の検討、省内関係課との調整、外部有識者からの意見聴取の結果等を記載した文書を保有していると回答。</w:t>
            </w:r>
          </w:p>
        </w:tc>
      </w:tr>
      <w:tr w:rsidR="00C937A9" w14:paraId="70A5924E" w14:textId="77777777">
        <w:trPr>
          <w:cantSplit/>
        </w:trPr>
        <w:tc>
          <w:tcPr>
            <w:tcW w:w="1587" w:type="dxa"/>
            <w:tcMar>
              <w:top w:w="90" w:type="dxa"/>
              <w:left w:w="100" w:type="dxa"/>
              <w:bottom w:w="90" w:type="dxa"/>
              <w:right w:w="100" w:type="dxa"/>
            </w:tcMar>
          </w:tcPr>
          <w:p w14:paraId="21BE94B2" w14:textId="77777777" w:rsidR="00C937A9" w:rsidRDefault="00D02F34">
            <w:r>
              <w:rPr>
                <w:sz w:val="16"/>
              </w:rPr>
              <w:t xml:space="preserve">2025/10/29 </w:t>
            </w:r>
            <w:proofErr w:type="spellStart"/>
            <w:r>
              <w:rPr>
                <w:sz w:val="16"/>
              </w:rPr>
              <w:t>防衛省・情報公開</w:t>
            </w:r>
            <w:proofErr w:type="spellEnd"/>
          </w:p>
        </w:tc>
        <w:tc>
          <w:tcPr>
            <w:tcW w:w="8503" w:type="dxa"/>
            <w:tcMar>
              <w:top w:w="90" w:type="dxa"/>
              <w:left w:w="100" w:type="dxa"/>
              <w:bottom w:w="90" w:type="dxa"/>
              <w:right w:w="100" w:type="dxa"/>
            </w:tcMar>
          </w:tcPr>
          <w:p w14:paraId="275B324E" w14:textId="77777777" w:rsidR="00C937A9" w:rsidRDefault="00D02F34">
            <w:pPr>
              <w:rPr>
                <w:lang w:eastAsia="ja-JP"/>
              </w:rPr>
            </w:pPr>
            <w:r>
              <w:rPr>
                <w:sz w:val="17"/>
                <w:lang w:eastAsia="ja-JP"/>
              </w:rPr>
              <w:t>情報公開請求があった時点で情報公開法に基づき個別に開示・不開示を判断するため、事前に答えることは困難と回答。一般論として同法</w:t>
            </w:r>
            <w:r>
              <w:rPr>
                <w:sz w:val="17"/>
                <w:lang w:eastAsia="ja-JP"/>
              </w:rPr>
              <w:t>5</w:t>
            </w:r>
            <w:r>
              <w:rPr>
                <w:sz w:val="17"/>
                <w:lang w:eastAsia="ja-JP"/>
              </w:rPr>
              <w:t>条各号に該当すれば不開示となり得ると説明。</w:t>
            </w:r>
          </w:p>
        </w:tc>
      </w:tr>
      <w:tr w:rsidR="00C937A9" w14:paraId="488C0C92" w14:textId="77777777">
        <w:trPr>
          <w:cantSplit/>
        </w:trPr>
        <w:tc>
          <w:tcPr>
            <w:tcW w:w="1587" w:type="dxa"/>
            <w:tcMar>
              <w:top w:w="90" w:type="dxa"/>
              <w:left w:w="100" w:type="dxa"/>
              <w:bottom w:w="90" w:type="dxa"/>
              <w:right w:w="100" w:type="dxa"/>
            </w:tcMar>
          </w:tcPr>
          <w:p w14:paraId="1AEAAE7A" w14:textId="77777777" w:rsidR="00C937A9" w:rsidRDefault="00D02F34">
            <w:r>
              <w:rPr>
                <w:sz w:val="16"/>
              </w:rPr>
              <w:t xml:space="preserve">2025/10/29 </w:t>
            </w:r>
            <w:proofErr w:type="spellStart"/>
            <w:r>
              <w:rPr>
                <w:sz w:val="16"/>
              </w:rPr>
              <w:t>防衛省・配布公表</w:t>
            </w:r>
            <w:proofErr w:type="spellEnd"/>
          </w:p>
        </w:tc>
        <w:tc>
          <w:tcPr>
            <w:tcW w:w="8503" w:type="dxa"/>
            <w:tcMar>
              <w:top w:w="90" w:type="dxa"/>
              <w:left w:w="100" w:type="dxa"/>
              <w:bottom w:w="90" w:type="dxa"/>
              <w:right w:w="100" w:type="dxa"/>
            </w:tcMar>
          </w:tcPr>
          <w:p w14:paraId="383446C7" w14:textId="77777777" w:rsidR="00C937A9" w:rsidRDefault="00D02F34">
            <w:pPr>
              <w:rPr>
                <w:lang w:eastAsia="ja-JP"/>
              </w:rPr>
            </w:pPr>
            <w:r>
              <w:rPr>
                <w:sz w:val="17"/>
                <w:lang w:eastAsia="ja-JP"/>
              </w:rPr>
              <w:t>都道府県教委へ相談して配布した経緯から、一方的に公表せず、教育委員会に公表可否を確認したと説明。</w:t>
            </w:r>
          </w:p>
        </w:tc>
      </w:tr>
    </w:tbl>
    <w:p w14:paraId="3FCB136F" w14:textId="77777777" w:rsidR="00C937A9" w:rsidRDefault="00C937A9">
      <w:pPr>
        <w:spacing w:after="60" w:line="252" w:lineRule="auto"/>
        <w:rPr>
          <w:lang w:eastAsia="ja-JP"/>
        </w:rPr>
      </w:pPr>
    </w:p>
    <w:p w14:paraId="6CB54D5B" w14:textId="77777777" w:rsidR="00C937A9" w:rsidRDefault="00D02F34">
      <w:pPr>
        <w:pStyle w:val="SummaryBox"/>
        <w:keepNext/>
        <w:rPr>
          <w:lang w:eastAsia="ja-JP"/>
        </w:rPr>
      </w:pPr>
      <w:r>
        <w:rPr>
          <w:lang w:eastAsia="ja-JP"/>
        </w:rPr>
        <w:t>現時点で分かったこと：</w:t>
      </w:r>
      <w:r>
        <w:rPr>
          <w:lang w:eastAsia="ja-JP"/>
        </w:rPr>
        <w:t>改訂過程の文書が存在することは確認された。配布先についても防衛省は把握しているが、任意の資料要求では詳細開示を拒んでいる。情報公開請求時は個別判断とされる。</w:t>
      </w:r>
    </w:p>
    <w:p w14:paraId="02659991" w14:textId="77777777" w:rsidR="00C937A9" w:rsidRDefault="00D02F34">
      <w:pPr>
        <w:spacing w:after="60" w:line="252" w:lineRule="auto"/>
        <w:rPr>
          <w:lang w:eastAsia="ja-JP"/>
        </w:rPr>
      </w:pPr>
      <w:r>
        <w:rPr>
          <w:b/>
          <w:color w:val="C00000"/>
          <w:lang w:eastAsia="ja-JP"/>
        </w:rPr>
        <w:t>なお未回答・要確認：</w:t>
      </w:r>
      <w:r>
        <w:rPr>
          <w:lang w:eastAsia="ja-JP"/>
        </w:rPr>
        <w:t>改訂過程文書、送付先一覧、都道府県別冊数等について具体的な情報公開請求を行った場合の開示範囲。</w:t>
      </w:r>
    </w:p>
    <w:p w14:paraId="0EC10CBF" w14:textId="77777777" w:rsidR="00C937A9" w:rsidRDefault="00D02F34">
      <w:pPr>
        <w:pStyle w:val="SourceNote"/>
        <w:rPr>
          <w:lang w:eastAsia="ja-JP"/>
        </w:rPr>
      </w:pPr>
      <w:r>
        <w:rPr>
          <w:lang w:eastAsia="ja-JP"/>
        </w:rPr>
        <w:lastRenderedPageBreak/>
        <w:t>出典：</w:t>
      </w:r>
      <w:r>
        <w:rPr>
          <w:lang w:eastAsia="ja-JP"/>
        </w:rPr>
        <w:t>8/29</w:t>
      </w:r>
      <w:r>
        <w:rPr>
          <w:lang w:eastAsia="ja-JP"/>
        </w:rPr>
        <w:t>意見交換メモ／</w:t>
      </w:r>
      <w:r>
        <w:rPr>
          <w:lang w:eastAsia="ja-JP"/>
        </w:rPr>
        <w:t>10/29</w:t>
      </w:r>
      <w:r>
        <w:rPr>
          <w:lang w:eastAsia="ja-JP"/>
        </w:rPr>
        <w:t>防衛省提出資料</w:t>
      </w:r>
    </w:p>
    <w:p w14:paraId="1F12B04A" w14:textId="77777777" w:rsidR="00C937A9" w:rsidRDefault="00D02F34">
      <w:pPr>
        <w:spacing w:after="60" w:line="252" w:lineRule="auto"/>
        <w:rPr>
          <w:lang w:eastAsia="ja-JP"/>
        </w:rPr>
      </w:pPr>
      <w:r>
        <w:rPr>
          <w:lang w:eastAsia="ja-JP"/>
        </w:rPr>
        <w:br w:type="page"/>
      </w:r>
    </w:p>
    <w:p w14:paraId="2B01DA81" w14:textId="77777777" w:rsidR="00C937A9" w:rsidRDefault="00D02F34">
      <w:pPr>
        <w:pStyle w:val="1"/>
        <w:spacing w:before="180" w:after="80"/>
        <w:rPr>
          <w:lang w:eastAsia="ja-JP"/>
        </w:rPr>
      </w:pPr>
      <w:r>
        <w:rPr>
          <w:lang w:eastAsia="ja-JP"/>
        </w:rPr>
        <w:lastRenderedPageBreak/>
        <w:t>全体を通じて見える回答の推移</w:t>
      </w:r>
    </w:p>
    <w:p w14:paraId="0128559E" w14:textId="77777777" w:rsidR="00C937A9" w:rsidRDefault="00D02F34">
      <w:pPr>
        <w:spacing w:after="60" w:line="252" w:lineRule="auto"/>
        <w:rPr>
          <w:lang w:eastAsia="ja-JP"/>
        </w:rPr>
      </w:pPr>
      <w:r>
        <w:rPr>
          <w:b/>
          <w:color w:val="1F4E79"/>
          <w:lang w:eastAsia="ja-JP"/>
        </w:rPr>
        <w:t xml:space="preserve">● </w:t>
      </w:r>
      <w:r>
        <w:rPr>
          <w:b/>
          <w:color w:val="1F4E79"/>
          <w:lang w:eastAsia="ja-JP"/>
        </w:rPr>
        <w:t xml:space="preserve">配布実態　</w:t>
      </w:r>
      <w:r>
        <w:rPr>
          <w:lang w:eastAsia="ja-JP"/>
        </w:rPr>
        <w:t>当初は県数すら回答しなかったが、総数として約</w:t>
      </w:r>
      <w:r>
        <w:rPr>
          <w:lang w:eastAsia="ja-JP"/>
        </w:rPr>
        <w:t>2,400</w:t>
      </w:r>
      <w:r>
        <w:rPr>
          <w:lang w:eastAsia="ja-JP"/>
        </w:rPr>
        <w:t>校・約</w:t>
      </w:r>
      <w:r>
        <w:rPr>
          <w:lang w:eastAsia="ja-JP"/>
        </w:rPr>
        <w:t>6,100</w:t>
      </w:r>
      <w:r>
        <w:rPr>
          <w:lang w:eastAsia="ja-JP"/>
        </w:rPr>
        <w:t>冊、費用約</w:t>
      </w:r>
      <w:r>
        <w:rPr>
          <w:lang w:eastAsia="ja-JP"/>
        </w:rPr>
        <w:t>130</w:t>
      </w:r>
      <w:r>
        <w:rPr>
          <w:lang w:eastAsia="ja-JP"/>
        </w:rPr>
        <w:t>万円、調達</w:t>
      </w:r>
      <w:r>
        <w:rPr>
          <w:lang w:eastAsia="ja-JP"/>
        </w:rPr>
        <w:t>12,000</w:t>
      </w:r>
      <w:r>
        <w:rPr>
          <w:lang w:eastAsia="ja-JP"/>
        </w:rPr>
        <w:t>冊などは具体化した。一方、</w:t>
      </w:r>
      <w:r>
        <w:rPr>
          <w:lang w:eastAsia="ja-JP"/>
        </w:rPr>
        <w:t>4</w:t>
      </w:r>
      <w:r>
        <w:rPr>
          <w:lang w:eastAsia="ja-JP"/>
        </w:rPr>
        <w:t>県以外の配布先は現在も非公表。</w:t>
      </w:r>
    </w:p>
    <w:p w14:paraId="03693E35" w14:textId="77777777" w:rsidR="00C937A9" w:rsidRDefault="00D02F34">
      <w:pPr>
        <w:spacing w:after="60" w:line="252" w:lineRule="auto"/>
        <w:rPr>
          <w:lang w:eastAsia="ja-JP"/>
        </w:rPr>
      </w:pPr>
      <w:r>
        <w:rPr>
          <w:b/>
          <w:color w:val="1F4E79"/>
          <w:lang w:eastAsia="ja-JP"/>
        </w:rPr>
        <w:t>● 2025</w:t>
      </w:r>
      <w:r>
        <w:rPr>
          <w:b/>
          <w:color w:val="1F4E79"/>
          <w:lang w:eastAsia="ja-JP"/>
        </w:rPr>
        <w:t xml:space="preserve">年版　</w:t>
      </w:r>
      <w:r>
        <w:rPr>
          <w:lang w:eastAsia="ja-JP"/>
        </w:rPr>
        <w:t>2025</w:t>
      </w:r>
      <w:r>
        <w:rPr>
          <w:lang w:eastAsia="ja-JP"/>
        </w:rPr>
        <w:t>年秋まで「検討中」だったが、</w:t>
      </w:r>
      <w:r>
        <w:rPr>
          <w:lang w:eastAsia="ja-JP"/>
        </w:rPr>
        <w:t>2026</w:t>
      </w:r>
      <w:r>
        <w:rPr>
          <w:lang w:eastAsia="ja-JP"/>
        </w:rPr>
        <w:t>年</w:t>
      </w:r>
      <w:r>
        <w:rPr>
          <w:lang w:eastAsia="ja-JP"/>
        </w:rPr>
        <w:t>5</w:t>
      </w:r>
      <w:r>
        <w:rPr>
          <w:lang w:eastAsia="ja-JP"/>
        </w:rPr>
        <w:t>月時点で学校には配布していないことが明確になった。ただし「配布しない」と正式決定したわけではなく、今後の対応も未決定。</w:t>
      </w:r>
    </w:p>
    <w:p w14:paraId="77842662" w14:textId="77777777" w:rsidR="00C937A9" w:rsidRDefault="00D02F34">
      <w:pPr>
        <w:spacing w:after="60" w:line="252" w:lineRule="auto"/>
        <w:rPr>
          <w:lang w:eastAsia="ja-JP"/>
        </w:rPr>
      </w:pPr>
      <w:r>
        <w:rPr>
          <w:b/>
          <w:color w:val="1F4E79"/>
          <w:lang w:eastAsia="ja-JP"/>
        </w:rPr>
        <w:t xml:space="preserve">● </w:t>
      </w:r>
      <w:r>
        <w:rPr>
          <w:b/>
          <w:color w:val="1F4E79"/>
          <w:lang w:eastAsia="ja-JP"/>
        </w:rPr>
        <w:t xml:space="preserve">授業利用　</w:t>
      </w:r>
      <w:r>
        <w:rPr>
          <w:lang w:eastAsia="ja-JP"/>
        </w:rPr>
        <w:t>防衛省は「授業でも使用するよう勧奨した事実はない」とするが、アンケートは総合学習での利用実績・今後の利用希望を質問している。</w:t>
      </w:r>
    </w:p>
    <w:p w14:paraId="23C16C9B" w14:textId="77777777" w:rsidR="00C937A9" w:rsidRDefault="00D02F34">
      <w:pPr>
        <w:spacing w:after="60" w:line="252" w:lineRule="auto"/>
        <w:rPr>
          <w:lang w:eastAsia="ja-JP"/>
        </w:rPr>
      </w:pPr>
      <w:r>
        <w:rPr>
          <w:b/>
          <w:color w:val="1F4E79"/>
          <w:lang w:eastAsia="ja-JP"/>
        </w:rPr>
        <w:t xml:space="preserve">● </w:t>
      </w:r>
      <w:r>
        <w:rPr>
          <w:b/>
          <w:color w:val="1F4E79"/>
          <w:lang w:eastAsia="ja-JP"/>
        </w:rPr>
        <w:t xml:space="preserve">教育的検討　</w:t>
      </w:r>
      <w:r>
        <w:rPr>
          <w:lang w:eastAsia="ja-JP"/>
        </w:rPr>
        <w:t>小学校配布は「試行的」と説明されたが、配布前に教育関係者・有識者の意見は聴取していない。</w:t>
      </w:r>
    </w:p>
    <w:p w14:paraId="4E703938" w14:textId="77777777" w:rsidR="00C937A9" w:rsidRDefault="00D02F34">
      <w:pPr>
        <w:spacing w:after="60" w:line="252" w:lineRule="auto"/>
        <w:rPr>
          <w:lang w:eastAsia="ja-JP"/>
        </w:rPr>
      </w:pPr>
      <w:r>
        <w:rPr>
          <w:b/>
          <w:color w:val="1F4E79"/>
          <w:lang w:eastAsia="ja-JP"/>
        </w:rPr>
        <w:t xml:space="preserve">● </w:t>
      </w:r>
      <w:r>
        <w:rPr>
          <w:b/>
          <w:color w:val="1F4E79"/>
          <w:lang w:eastAsia="ja-JP"/>
        </w:rPr>
        <w:t xml:space="preserve">改訂過程　</w:t>
      </w:r>
      <w:r>
        <w:rPr>
          <w:lang w:eastAsia="ja-JP"/>
        </w:rPr>
        <w:t>当初は具体的説明が乏しかったが、後に内部検討・省内調整・外部有識者の意見聴取を行い、その結果を記した文書を保有していることが明らかになった。</w:t>
      </w:r>
    </w:p>
    <w:p w14:paraId="424FFB0D" w14:textId="77777777" w:rsidR="00C937A9" w:rsidRDefault="00D02F34">
      <w:pPr>
        <w:spacing w:after="60" w:line="252" w:lineRule="auto"/>
        <w:rPr>
          <w:lang w:eastAsia="ja-JP"/>
        </w:rPr>
      </w:pPr>
      <w:r>
        <w:rPr>
          <w:b/>
          <w:color w:val="1F4E79"/>
          <w:lang w:eastAsia="ja-JP"/>
        </w:rPr>
        <w:t xml:space="preserve">● </w:t>
      </w:r>
      <w:r>
        <w:rPr>
          <w:b/>
          <w:color w:val="1F4E79"/>
          <w:lang w:eastAsia="ja-JP"/>
        </w:rPr>
        <w:t xml:space="preserve">学校側の権限　</w:t>
      </w:r>
      <w:r>
        <w:rPr>
          <w:lang w:eastAsia="ja-JP"/>
        </w:rPr>
        <w:t>文科省は、教委・学校に配布協力の法的義務はなく、首長の意向にかかわらず独自に配布適否を判断できると明確に回答。</w:t>
      </w:r>
    </w:p>
    <w:p w14:paraId="115EF62C" w14:textId="77777777" w:rsidR="00C937A9" w:rsidRDefault="00D02F34">
      <w:pPr>
        <w:pStyle w:val="1"/>
        <w:spacing w:before="180" w:after="80"/>
        <w:rPr>
          <w:lang w:eastAsia="ja-JP"/>
        </w:rPr>
      </w:pPr>
      <w:r>
        <w:rPr>
          <w:lang w:eastAsia="ja-JP"/>
        </w:rPr>
        <w:t>次回交渉・国会質問で残る主要論点</w:t>
      </w:r>
    </w:p>
    <w:p w14:paraId="03169E4D" w14:textId="77777777" w:rsidR="00C937A9" w:rsidRDefault="00D02F34">
      <w:pPr>
        <w:pStyle w:val="a0"/>
        <w:rPr>
          <w:lang w:eastAsia="ja-JP"/>
        </w:rPr>
      </w:pPr>
      <w:r>
        <w:rPr>
          <w:lang w:eastAsia="ja-JP"/>
        </w:rPr>
        <w:t>4</w:t>
      </w:r>
      <w:r>
        <w:rPr>
          <w:lang w:eastAsia="ja-JP"/>
        </w:rPr>
        <w:t>県以外を含む実際の配布都道府県数、都道府県別冊数、学校別送付先一覧を、学校名等を必要に応じて伏せた形で開示できない理由。</w:t>
      </w:r>
    </w:p>
    <w:p w14:paraId="15C398D0" w14:textId="77777777" w:rsidR="00C937A9" w:rsidRDefault="00D02F34">
      <w:pPr>
        <w:pStyle w:val="a0"/>
      </w:pPr>
      <w:r>
        <w:rPr>
          <w:lang w:eastAsia="ja-JP"/>
        </w:rPr>
        <w:t>2025</w:t>
      </w:r>
      <w:r>
        <w:rPr>
          <w:lang w:eastAsia="ja-JP"/>
        </w:rPr>
        <w:t>年版を学校に配布しなかった経緯、誰がどの時点でどのように判断したのか。</w:t>
      </w:r>
      <w:proofErr w:type="spellStart"/>
      <w:r>
        <w:t>判断文書の有無</w:t>
      </w:r>
      <w:proofErr w:type="spellEnd"/>
      <w:r>
        <w:t>。</w:t>
      </w:r>
    </w:p>
    <w:p w14:paraId="0BCA16D2" w14:textId="77777777" w:rsidR="00C937A9" w:rsidRDefault="00D02F34">
      <w:pPr>
        <w:pStyle w:val="a0"/>
        <w:rPr>
          <w:lang w:eastAsia="ja-JP"/>
        </w:rPr>
      </w:pPr>
      <w:r>
        <w:rPr>
          <w:lang w:eastAsia="ja-JP"/>
        </w:rPr>
        <w:t>2026</w:t>
      </w:r>
      <w:r>
        <w:rPr>
          <w:lang w:eastAsia="ja-JP"/>
        </w:rPr>
        <w:t>年度版以降の学校配布方針。</w:t>
      </w:r>
    </w:p>
    <w:p w14:paraId="62DA23B2" w14:textId="77777777" w:rsidR="00C937A9" w:rsidRDefault="00D02F34">
      <w:pPr>
        <w:pStyle w:val="a0"/>
        <w:rPr>
          <w:lang w:eastAsia="ja-JP"/>
        </w:rPr>
      </w:pPr>
      <w:r>
        <w:rPr>
          <w:lang w:eastAsia="ja-JP"/>
        </w:rPr>
        <w:t>改訂過程で保有している文書（広報課内部、省内関係課、外部有識者の意見）の具体的開示。</w:t>
      </w:r>
    </w:p>
    <w:p w14:paraId="65984059" w14:textId="77777777" w:rsidR="00C937A9" w:rsidRDefault="00D02F34">
      <w:pPr>
        <w:pStyle w:val="a0"/>
        <w:rPr>
          <w:lang w:eastAsia="ja-JP"/>
        </w:rPr>
      </w:pPr>
      <w:r>
        <w:rPr>
          <w:lang w:eastAsia="ja-JP"/>
        </w:rPr>
        <w:t>憲法</w:t>
      </w:r>
      <w:r>
        <w:rPr>
          <w:lang w:eastAsia="ja-JP"/>
        </w:rPr>
        <w:t>9</w:t>
      </w:r>
      <w:r>
        <w:rPr>
          <w:lang w:eastAsia="ja-JP"/>
        </w:rPr>
        <w:t>条、専守防衛、非核三原則、文民統制等を削除・縮小した個別の判断理由。</w:t>
      </w:r>
    </w:p>
    <w:p w14:paraId="1CE98AA0" w14:textId="77777777" w:rsidR="00C937A9" w:rsidRDefault="00D02F34">
      <w:pPr>
        <w:pStyle w:val="a0"/>
        <w:rPr>
          <w:lang w:eastAsia="ja-JP"/>
        </w:rPr>
      </w:pPr>
      <w:r>
        <w:rPr>
          <w:lang w:eastAsia="ja-JP"/>
        </w:rPr>
        <w:t>自衛官募集サイトやキャリア情報を学校配布冊子に掲載することと「リクルートではない」とする整理の根拠。</w:t>
      </w:r>
    </w:p>
    <w:p w14:paraId="4677CC01" w14:textId="77777777" w:rsidR="00C937A9" w:rsidRDefault="00D02F34">
      <w:pPr>
        <w:pStyle w:val="a0"/>
        <w:rPr>
          <w:lang w:eastAsia="ja-JP"/>
        </w:rPr>
      </w:pPr>
      <w:r>
        <w:rPr>
          <w:lang w:eastAsia="ja-JP"/>
        </w:rPr>
        <w:t>アンケートの回収数、集計結果、自由記述の匿名化データ、配布方針・改訂への反映状況。</w:t>
      </w:r>
    </w:p>
    <w:p w14:paraId="7CDA1ED2" w14:textId="77777777" w:rsidR="00C937A9" w:rsidRDefault="00D02F34">
      <w:pPr>
        <w:pStyle w:val="a0"/>
        <w:rPr>
          <w:lang w:eastAsia="ja-JP"/>
        </w:rPr>
      </w:pPr>
      <w:r>
        <w:rPr>
          <w:lang w:eastAsia="ja-JP"/>
        </w:rPr>
        <w:t>総合的な学習で実際に使用した学校数、使用方法、使用したことを防衛省がどのように把握したか。</w:t>
      </w:r>
    </w:p>
    <w:p w14:paraId="56DD6409" w14:textId="77777777" w:rsidR="00C937A9" w:rsidRDefault="00D02F34">
      <w:pPr>
        <w:pStyle w:val="a0"/>
        <w:rPr>
          <w:lang w:eastAsia="ja-JP"/>
        </w:rPr>
      </w:pPr>
      <w:r>
        <w:rPr>
          <w:lang w:eastAsia="ja-JP"/>
        </w:rPr>
        <w:t>小学生への試行配布前に教育専門家の意見を聞かなかった理由と、事後的な検証の実施状況。</w:t>
      </w:r>
    </w:p>
    <w:sectPr w:rsidR="00C937A9" w:rsidSect="00034616">
      <w:footerReference w:type="default" r:id="rId8"/>
      <w:pgSz w:w="11906" w:h="16838"/>
      <w:pgMar w:top="850" w:right="850" w:bottom="850" w:left="850" w:header="397" w:footer="39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1370E3" w14:textId="77777777" w:rsidR="00D02F34" w:rsidRDefault="00D02F34">
      <w:pPr>
        <w:spacing w:after="0" w:line="240" w:lineRule="auto"/>
      </w:pPr>
      <w:r>
        <w:separator/>
      </w:r>
    </w:p>
  </w:endnote>
  <w:endnote w:type="continuationSeparator" w:id="0">
    <w:p w14:paraId="48B59BA1" w14:textId="77777777" w:rsidR="00D02F34" w:rsidRDefault="00D02F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ＭＳ 明朝">
    <w:altName w:val="MS Mincho"/>
    <w:panose1 w:val="02020609040205080304"/>
    <w:charset w:val="80"/>
    <w:family w:val="roman"/>
    <w:pitch w:val="fixed"/>
    <w:sig w:usb0="E00002FF" w:usb1="6AC7FDFB" w:usb2="08000012" w:usb3="00000000" w:csb0="0002009F" w:csb1="00000000"/>
  </w:font>
  <w:font w:name="游ゴシック">
    <w:altName w:val="Yu Gothic"/>
    <w:panose1 w:val="020B0400000000000000"/>
    <w:charset w:val="80"/>
    <w:family w:val="modern"/>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A42D72" w14:textId="77777777" w:rsidR="00C937A9" w:rsidRDefault="00D02F34">
    <w:pPr>
      <w:pStyle w:val="a7"/>
      <w:jc w:val="center"/>
      <w:rPr>
        <w:lang w:eastAsia="ja-JP"/>
      </w:rPr>
    </w:pPr>
    <w:r>
      <w:rPr>
        <w:color w:val="888888"/>
        <w:sz w:val="16"/>
        <w:lang w:eastAsia="ja-JP"/>
      </w:rPr>
      <w:t>『まるわかり！日本の防衛』学校配布</w:t>
    </w:r>
    <w:r>
      <w:rPr>
        <w:color w:val="888888"/>
        <w:sz w:val="16"/>
        <w:lang w:eastAsia="ja-JP"/>
      </w:rPr>
      <w:t xml:space="preserve"> Q&amp;A</w:t>
    </w:r>
    <w:r>
      <w:rPr>
        <w:color w:val="888888"/>
        <w:sz w:val="16"/>
        <w:lang w:eastAsia="ja-JP"/>
      </w:rPr>
      <w:t>整理</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C63F95" w14:textId="77777777" w:rsidR="00D02F34" w:rsidRDefault="00D02F34">
      <w:pPr>
        <w:spacing w:after="0" w:line="240" w:lineRule="auto"/>
      </w:pPr>
      <w:r>
        <w:separator/>
      </w:r>
    </w:p>
  </w:footnote>
  <w:footnote w:type="continuationSeparator" w:id="0">
    <w:p w14:paraId="689DB712" w14:textId="77777777" w:rsidR="00D02F34" w:rsidRDefault="00D02F3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16cid:durableId="1152869370">
    <w:abstractNumId w:val="8"/>
  </w:num>
  <w:num w:numId="2" w16cid:durableId="1812743813">
    <w:abstractNumId w:val="6"/>
  </w:num>
  <w:num w:numId="3" w16cid:durableId="704864883">
    <w:abstractNumId w:val="5"/>
  </w:num>
  <w:num w:numId="4" w16cid:durableId="1434086470">
    <w:abstractNumId w:val="4"/>
  </w:num>
  <w:num w:numId="5" w16cid:durableId="1004090448">
    <w:abstractNumId w:val="7"/>
  </w:num>
  <w:num w:numId="6" w16cid:durableId="1410883568">
    <w:abstractNumId w:val="3"/>
  </w:num>
  <w:num w:numId="7" w16cid:durableId="1957635488">
    <w:abstractNumId w:val="2"/>
  </w:num>
  <w:num w:numId="8" w16cid:durableId="1232931788">
    <w:abstractNumId w:val="1"/>
  </w:num>
  <w:num w:numId="9" w16cid:durableId="1359541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AA1D8D"/>
    <w:rsid w:val="00B47730"/>
    <w:rsid w:val="00C937A9"/>
    <w:rsid w:val="00CB0664"/>
    <w:rsid w:val="00D02F34"/>
    <w:rsid w:val="00D80122"/>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v:textbox inset="5.85pt,.7pt,5.85pt,.7pt"/>
    </o:shapedefaults>
    <o:shapelayout v:ext="edit">
      <o:idmap v:ext="edit" data="1"/>
    </o:shapelayout>
  </w:shapeDefaults>
  <w:decimalSymbol w:val="."/>
  <w:listSeparator w:val=","/>
  <w14:docId w14:val="3D6501F5"/>
  <w14:defaultImageDpi w14:val="300"/>
  <w15:docId w15:val="{250817F4-4D1D-461E-8EB5-B2F395FCFA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C693F"/>
    <w:rPr>
      <w:rFonts w:ascii="游ゴシック" w:eastAsia="游ゴシック" w:hAnsi="游ゴシック"/>
      <w:sz w:val="21"/>
    </w:rPr>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17365D"/>
      <w:sz w:val="32"/>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2F5597"/>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04040"/>
      <w:sz w:val="23"/>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ヘッダー (文字)"/>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フッター (文字)"/>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見出し 1 (文字)"/>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見出し 2 (文字)"/>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見出し 3 (文字)"/>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b/>
      <w:color w:val="17365D"/>
      <w:spacing w:val="5"/>
      <w:kern w:val="28"/>
      <w:sz w:val="44"/>
      <w:szCs w:val="52"/>
    </w:rPr>
  </w:style>
  <w:style w:type="character" w:customStyle="1" w:styleId="ab">
    <w:name w:val="表題 (文字)"/>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副題 (文字)"/>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本文 (文字)"/>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本文 2 (文字)"/>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本文 3 (文字)"/>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マクロ文字列 (文字)"/>
    <w:basedOn w:val="a2"/>
    <w:link w:val="af3"/>
    <w:uiPriority w:val="99"/>
    <w:rsid w:val="0029639D"/>
    <w:rPr>
      <w:rFonts w:ascii="Courier" w:hAnsi="Courier"/>
      <w:sz w:val="20"/>
      <w:szCs w:val="20"/>
    </w:rPr>
  </w:style>
  <w:style w:type="paragraph" w:styleId="af5">
    <w:name w:val="Quote"/>
    <w:basedOn w:val="a1"/>
    <w:next w:val="a1"/>
    <w:link w:val="af6"/>
    <w:uiPriority w:val="29"/>
    <w:qFormat/>
    <w:rsid w:val="00FC693F"/>
    <w:rPr>
      <w:i/>
      <w:iCs/>
      <w:color w:val="000000" w:themeColor="text1"/>
    </w:rPr>
  </w:style>
  <w:style w:type="character" w:customStyle="1" w:styleId="af6">
    <w:name w:val="引用文 (文字)"/>
    <w:basedOn w:val="a2"/>
    <w:link w:val="af5"/>
    <w:uiPriority w:val="29"/>
    <w:rsid w:val="00FC693F"/>
    <w:rPr>
      <w:i/>
      <w:iCs/>
      <w:color w:val="000000" w:themeColor="text1"/>
    </w:rPr>
  </w:style>
  <w:style w:type="character" w:customStyle="1" w:styleId="40">
    <w:name w:val="見出し 4 (文字)"/>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見出し 5 (文字)"/>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見出し 6 (文字)"/>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見出し 7 (文字)"/>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見出し 8 (文字)"/>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見出し 9 (文字)"/>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7">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8">
    <w:name w:val="Strong"/>
    <w:basedOn w:val="a2"/>
    <w:uiPriority w:val="22"/>
    <w:qFormat/>
    <w:rsid w:val="00FC693F"/>
    <w:rPr>
      <w:b/>
      <w:bCs/>
    </w:rPr>
  </w:style>
  <w:style w:type="character" w:styleId="af9">
    <w:name w:val="Emphasis"/>
    <w:basedOn w:val="a2"/>
    <w:uiPriority w:val="20"/>
    <w:qFormat/>
    <w:rsid w:val="00FC693F"/>
    <w:rPr>
      <w:i/>
      <w:iCs/>
    </w:rPr>
  </w:style>
  <w:style w:type="paragraph" w:styleId="27">
    <w:name w:val="Intense Quote"/>
    <w:basedOn w:val="a1"/>
    <w:next w:val="a1"/>
    <w:link w:val="28"/>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28">
    <w:name w:val="引用文 2 (文字)"/>
    <w:basedOn w:val="a2"/>
    <w:link w:val="27"/>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29">
    <w:name w:val="Intense Emphasis"/>
    <w:basedOn w:val="a2"/>
    <w:uiPriority w:val="21"/>
    <w:qFormat/>
    <w:rsid w:val="00FC693F"/>
    <w:rPr>
      <w:b/>
      <w:bCs/>
      <w:i/>
      <w:iCs/>
      <w:color w:val="4F81BD" w:themeColor="accent1"/>
    </w:rPr>
  </w:style>
  <w:style w:type="character" w:styleId="afb">
    <w:name w:val="Subtle Reference"/>
    <w:basedOn w:val="a2"/>
    <w:uiPriority w:val="31"/>
    <w:qFormat/>
    <w:rsid w:val="00FC693F"/>
    <w:rPr>
      <w:smallCaps/>
      <w:color w:val="C0504D" w:themeColor="accent2"/>
      <w:u w:val="single"/>
    </w:rPr>
  </w:style>
  <w:style w:type="character" w:styleId="2a">
    <w:name w:val="Intense Reference"/>
    <w:basedOn w:val="a2"/>
    <w:uiPriority w:val="32"/>
    <w:qFormat/>
    <w:rsid w:val="00FC693F"/>
    <w:rPr>
      <w:b/>
      <w:bCs/>
      <w:smallCaps/>
      <w:color w:val="C0504D" w:themeColor="accent2"/>
      <w:spacing w:val="5"/>
      <w:u w:val="single"/>
    </w:rPr>
  </w:style>
  <w:style w:type="character" w:styleId="afc">
    <w:name w:val="Book Title"/>
    <w:basedOn w:val="a2"/>
    <w:uiPriority w:val="33"/>
    <w:qFormat/>
    <w:rsid w:val="00FC693F"/>
    <w:rPr>
      <w:b/>
      <w:bCs/>
      <w:smallCaps/>
      <w:spacing w:val="5"/>
    </w:rPr>
  </w:style>
  <w:style w:type="paragraph" w:styleId="afd">
    <w:name w:val="TOC Heading"/>
    <w:basedOn w:val="1"/>
    <w:next w:val="a1"/>
    <w:uiPriority w:val="39"/>
    <w:semiHidden/>
    <w:unhideWhenUsed/>
    <w:qFormat/>
    <w:rsid w:val="00FC693F"/>
    <w:pPr>
      <w:outlineLvl w:val="9"/>
    </w:pPr>
  </w:style>
  <w:style w:type="table" w:styleId="afe">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1">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2">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13">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14">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15">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16">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17">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2b">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2c">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d">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2e">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2f">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2f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2f1">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37">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38">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39">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a">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3b">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3c">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3d">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4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42">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43">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44">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45">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46">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47">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51">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2">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3">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4">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5">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6">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7">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61">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62">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63">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64">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65">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66">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67">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71">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2">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73">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74">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75">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76">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77">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82">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83">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4">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85">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86">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87">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1">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92">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93">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94">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95">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96">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97">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100">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10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10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10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10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10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10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110">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11">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11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113">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14">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15">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6">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120">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21">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122">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12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24">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125">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126">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130">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31">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32">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133">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3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35">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136">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140">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41">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42">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43">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4">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4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46">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Question">
    <w:name w:val="Question"/>
    <w:pPr>
      <w:spacing w:before="100" w:after="80"/>
    </w:pPr>
    <w:rPr>
      <w:rFonts w:ascii="游ゴシック" w:eastAsia="游ゴシック" w:hAnsi="游ゴシック"/>
      <w:b/>
      <w:color w:val="1F4E79"/>
    </w:rPr>
  </w:style>
  <w:style w:type="paragraph" w:customStyle="1" w:styleId="SourceNote">
    <w:name w:val="SourceNote"/>
    <w:pPr>
      <w:spacing w:after="100"/>
    </w:pPr>
    <w:rPr>
      <w:rFonts w:ascii="游ゴシック" w:eastAsia="游ゴシック" w:hAnsi="游ゴシック"/>
      <w:color w:val="666666"/>
      <w:sz w:val="17"/>
    </w:rPr>
  </w:style>
  <w:style w:type="paragraph" w:customStyle="1" w:styleId="SummaryBox">
    <w:name w:val="SummaryBox"/>
    <w:pPr>
      <w:spacing w:before="80" w:after="120"/>
    </w:pPr>
    <w:rPr>
      <w:rFonts w:ascii="游ゴシック" w:eastAsia="游ゴシック" w:hAnsi="游ゴシック"/>
      <w:b/>
      <w:color w:val="7F6000"/>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10</Pages>
  <Words>1468</Words>
  <Characters>8369</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9818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参議院</cp:lastModifiedBy>
  <cp:revision>2</cp:revision>
  <dcterms:created xsi:type="dcterms:W3CDTF">2013-12-23T23:15:00Z</dcterms:created>
  <dcterms:modified xsi:type="dcterms:W3CDTF">2026-09-04T02:19:00Z</dcterms:modified>
  <cp:category/>
</cp:coreProperties>
</file>